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B7664C">
        <w:rPr>
          <w:b/>
          <w:sz w:val="25"/>
        </w:rPr>
        <w:t>4</w:t>
      </w:r>
      <w:r>
        <w:rPr>
          <w:b/>
          <w:sz w:val="25"/>
        </w:rPr>
        <w:br/>
        <w:t>(“</w:t>
      </w:r>
      <w:r w:rsidR="00B7664C">
        <w:rPr>
          <w:b/>
          <w:sz w:val="25"/>
        </w:rPr>
        <w:t>Amendments 9 &amp; 10</w:t>
      </w:r>
      <w:r>
        <w:rPr>
          <w:b/>
          <w:sz w:val="25"/>
        </w:rPr>
        <w:t>” – “</w:t>
      </w:r>
      <w:r w:rsidR="00B7664C">
        <w:rPr>
          <w:b/>
          <w:sz w:val="25"/>
        </w:rPr>
        <w:t>James Madison’s ‘Bonus Bill’ Veto</w:t>
      </w:r>
      <w:bookmarkStart w:id="0" w:name="_GoBack"/>
      <w:bookmarkEnd w:id="0"/>
      <w:r>
        <w:rPr>
          <w:b/>
          <w:sz w:val="25"/>
        </w:rPr>
        <w:t>”)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</w:r>
      <w:r>
        <w:t>1</w:t>
      </w:r>
      <w:r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1</w:t>
      </w:r>
      <w:r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 w:rsidR="009A41AC">
        <w:t>`</w:t>
      </w:r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42DCE">
      <w:pPr>
        <w:tabs>
          <w:tab w:val="left" w:pos="630"/>
          <w:tab w:val="left" w:pos="1080"/>
        </w:tabs>
        <w:spacing w:after="0" w:line="240" w:lineRule="auto"/>
      </w:pP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EDF" w:rsidRDefault="00521EDF" w:rsidP="006E0542">
      <w:pPr>
        <w:spacing w:after="0" w:line="240" w:lineRule="auto"/>
      </w:pPr>
      <w:r>
        <w:separator/>
      </w:r>
    </w:p>
  </w:endnote>
  <w:endnote w:type="continuationSeparator" w:id="0">
    <w:p w:rsidR="00521EDF" w:rsidRDefault="00521ED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EDF" w:rsidRDefault="00521EDF" w:rsidP="006E0542">
      <w:pPr>
        <w:spacing w:after="0" w:line="240" w:lineRule="auto"/>
      </w:pPr>
      <w:r>
        <w:separator/>
      </w:r>
    </w:p>
  </w:footnote>
  <w:footnote w:type="continuationSeparator" w:id="0">
    <w:p w:rsidR="00521EDF" w:rsidRDefault="00521ED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70127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404903"/>
    <w:rsid w:val="00404BF9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F0A63"/>
    <w:rsid w:val="00521EDF"/>
    <w:rsid w:val="00523076"/>
    <w:rsid w:val="00542DCE"/>
    <w:rsid w:val="00562550"/>
    <w:rsid w:val="00585D0D"/>
    <w:rsid w:val="00593FFA"/>
    <w:rsid w:val="00597461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8DD"/>
    <w:rsid w:val="00746F95"/>
    <w:rsid w:val="0077049F"/>
    <w:rsid w:val="007A4EEC"/>
    <w:rsid w:val="007B2DFB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F595A"/>
    <w:rsid w:val="00901CB8"/>
    <w:rsid w:val="00905C52"/>
    <w:rsid w:val="00932E84"/>
    <w:rsid w:val="00951034"/>
    <w:rsid w:val="0097550D"/>
    <w:rsid w:val="009778A2"/>
    <w:rsid w:val="0098797F"/>
    <w:rsid w:val="009A41AC"/>
    <w:rsid w:val="009B0FCC"/>
    <w:rsid w:val="009B409B"/>
    <w:rsid w:val="00A06C88"/>
    <w:rsid w:val="00A21F6C"/>
    <w:rsid w:val="00A432AB"/>
    <w:rsid w:val="00A75C49"/>
    <w:rsid w:val="00A77A65"/>
    <w:rsid w:val="00AA1D8D"/>
    <w:rsid w:val="00B457EA"/>
    <w:rsid w:val="00B47730"/>
    <w:rsid w:val="00B53C0E"/>
    <w:rsid w:val="00B5672A"/>
    <w:rsid w:val="00B765FD"/>
    <w:rsid w:val="00B7664C"/>
    <w:rsid w:val="00B96CCB"/>
    <w:rsid w:val="00BB3325"/>
    <w:rsid w:val="00BD6F22"/>
    <w:rsid w:val="00BD70E2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F863EB-4C89-490C-81BB-A131535D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cp:lastPrinted>2026-07-28T01:50:00Z</cp:lastPrinted>
  <dcterms:created xsi:type="dcterms:W3CDTF">2026-08-05T02:06:00Z</dcterms:created>
  <dcterms:modified xsi:type="dcterms:W3CDTF">2026-08-05T02:06:00Z</dcterms:modified>
</cp:coreProperties>
</file>