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 xml:space="preserve">Test </w:t>
      </w:r>
      <w:r w:rsidR="00B5672A">
        <w:rPr>
          <w:b/>
          <w:sz w:val="25"/>
        </w:rPr>
        <w:t>2</w:t>
      </w:r>
      <w:r>
        <w:rPr>
          <w:b/>
          <w:sz w:val="25"/>
        </w:rPr>
        <w:br/>
        <w:t>(“</w:t>
      </w:r>
      <w:r w:rsidR="00B5672A">
        <w:rPr>
          <w:b/>
          <w:sz w:val="25"/>
        </w:rPr>
        <w:t>England and America</w:t>
      </w:r>
      <w:r>
        <w:rPr>
          <w:b/>
          <w:sz w:val="25"/>
        </w:rPr>
        <w:t>” – “</w:t>
      </w:r>
      <w:r w:rsidR="00B5672A">
        <w:rPr>
          <w:b/>
          <w:sz w:val="25"/>
        </w:rPr>
        <w:t>Article I</w:t>
      </w:r>
      <w:r>
        <w:rPr>
          <w:b/>
          <w:sz w:val="25"/>
        </w:rPr>
        <w:t>”)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</w:t>
      </w:r>
      <w:bookmarkStart w:id="0" w:name="_GoBack"/>
      <w:bookmarkEnd w:id="0"/>
      <w:r>
        <w:t>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A81" w:rsidRDefault="00420A81" w:rsidP="006E0542">
      <w:pPr>
        <w:spacing w:after="0" w:line="240" w:lineRule="auto"/>
      </w:pPr>
      <w:r>
        <w:separator/>
      </w:r>
    </w:p>
  </w:endnote>
  <w:endnote w:type="continuationSeparator" w:id="0">
    <w:p w:rsidR="00420A81" w:rsidRDefault="00420A81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A81" w:rsidRDefault="00420A81" w:rsidP="006E0542">
      <w:pPr>
        <w:spacing w:after="0" w:line="240" w:lineRule="auto"/>
      </w:pPr>
      <w:r>
        <w:separator/>
      </w:r>
    </w:p>
  </w:footnote>
  <w:footnote w:type="continuationSeparator" w:id="0">
    <w:p w:rsidR="00420A81" w:rsidRDefault="00420A81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70127"/>
    <w:rsid w:val="000769B0"/>
    <w:rsid w:val="000C5FAA"/>
    <w:rsid w:val="000D44DE"/>
    <w:rsid w:val="000D6C25"/>
    <w:rsid w:val="000E580C"/>
    <w:rsid w:val="000F0242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270F11"/>
    <w:rsid w:val="00272E88"/>
    <w:rsid w:val="0029187A"/>
    <w:rsid w:val="0029639D"/>
    <w:rsid w:val="002B4F1C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404903"/>
    <w:rsid w:val="00406B9F"/>
    <w:rsid w:val="00420A81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F0A63"/>
    <w:rsid w:val="00523076"/>
    <w:rsid w:val="00542DCE"/>
    <w:rsid w:val="00562550"/>
    <w:rsid w:val="00585D0D"/>
    <w:rsid w:val="00593FFA"/>
    <w:rsid w:val="00597461"/>
    <w:rsid w:val="005E771A"/>
    <w:rsid w:val="005E7E7B"/>
    <w:rsid w:val="00620781"/>
    <w:rsid w:val="00683180"/>
    <w:rsid w:val="00693C0C"/>
    <w:rsid w:val="006A6C69"/>
    <w:rsid w:val="006C5E24"/>
    <w:rsid w:val="006E0542"/>
    <w:rsid w:val="006E737D"/>
    <w:rsid w:val="006F7CA6"/>
    <w:rsid w:val="007006E2"/>
    <w:rsid w:val="007053BE"/>
    <w:rsid w:val="00745E38"/>
    <w:rsid w:val="007468DD"/>
    <w:rsid w:val="00746F95"/>
    <w:rsid w:val="0077049F"/>
    <w:rsid w:val="007A4EEC"/>
    <w:rsid w:val="007B2DFB"/>
    <w:rsid w:val="007D5A0C"/>
    <w:rsid w:val="007F3B90"/>
    <w:rsid w:val="008047DA"/>
    <w:rsid w:val="00814147"/>
    <w:rsid w:val="008270AA"/>
    <w:rsid w:val="008377E5"/>
    <w:rsid w:val="00855AC5"/>
    <w:rsid w:val="008718E0"/>
    <w:rsid w:val="00875922"/>
    <w:rsid w:val="008860B1"/>
    <w:rsid w:val="008F595A"/>
    <w:rsid w:val="00901CB8"/>
    <w:rsid w:val="00905C52"/>
    <w:rsid w:val="00932E84"/>
    <w:rsid w:val="00951034"/>
    <w:rsid w:val="0097550D"/>
    <w:rsid w:val="0098797F"/>
    <w:rsid w:val="009A41AC"/>
    <w:rsid w:val="009B0FCC"/>
    <w:rsid w:val="009B409B"/>
    <w:rsid w:val="00A21F6C"/>
    <w:rsid w:val="00A432AB"/>
    <w:rsid w:val="00A75C49"/>
    <w:rsid w:val="00A77A65"/>
    <w:rsid w:val="00AA1D8D"/>
    <w:rsid w:val="00B457EA"/>
    <w:rsid w:val="00B47730"/>
    <w:rsid w:val="00B53C0E"/>
    <w:rsid w:val="00B5672A"/>
    <w:rsid w:val="00B765FD"/>
    <w:rsid w:val="00B96CCB"/>
    <w:rsid w:val="00BB3325"/>
    <w:rsid w:val="00BD6F22"/>
    <w:rsid w:val="00BD70E2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E00790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829837-63EC-4EFB-AD43-1D2C7F1F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</cp:revision>
  <cp:lastPrinted>2026-07-28T01:50:00Z</cp:lastPrinted>
  <dcterms:created xsi:type="dcterms:W3CDTF">2026-08-05T02:04:00Z</dcterms:created>
  <dcterms:modified xsi:type="dcterms:W3CDTF">2026-08-05T02:33:00Z</dcterms:modified>
</cp:coreProperties>
</file>