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90" w:rsidRPr="00193EDC" w:rsidRDefault="007F3B90" w:rsidP="007F3B90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F3B90" w:rsidRPr="00122BD3" w:rsidRDefault="007F3B90" w:rsidP="007F3B90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 xml:space="preserve">Test </w:t>
      </w:r>
      <w:r w:rsidR="00DF7875">
        <w:rPr>
          <w:b/>
          <w:sz w:val="25"/>
        </w:rPr>
        <w:t>8: Cumulative Final</w:t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DF7875" w:rsidRDefault="00DF7875" w:rsidP="00DF7875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DF7875" w:rsidRDefault="00DF7875" w:rsidP="00DF7875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>
      <w:r>
        <w:br w:type="page"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  <w:t>11.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>
      <w:r>
        <w:br w:type="page"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</w:r>
      <w:r>
        <w:t>2</w:t>
      </w:r>
      <w:r>
        <w:t>1.</w:t>
      </w:r>
      <w:r>
        <w:tab/>
      </w:r>
    </w:p>
    <w:p w:rsidR="002D124F" w:rsidRDefault="002D124F" w:rsidP="002D124F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2D124F" w:rsidRDefault="002D124F" w:rsidP="002D124F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2</w:t>
      </w:r>
      <w:r>
        <w:t>2.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2</w:t>
      </w:r>
      <w:r>
        <w:t>3.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2</w:t>
      </w:r>
      <w:r>
        <w:t>4.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2</w:t>
      </w:r>
      <w:r>
        <w:t>5.</w:t>
      </w:r>
      <w:r>
        <w:tab/>
      </w:r>
    </w:p>
    <w:p w:rsidR="002D124F" w:rsidRDefault="002D124F" w:rsidP="002D124F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2D124F" w:rsidRDefault="002D124F" w:rsidP="002D124F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2</w:t>
      </w:r>
      <w:r>
        <w:t>6.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2</w:t>
      </w:r>
      <w:r>
        <w:t>7.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2</w:t>
      </w:r>
      <w:r>
        <w:t>8.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2</w:t>
      </w:r>
      <w:r>
        <w:t>9.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3</w:t>
      </w:r>
      <w:r>
        <w:t>0.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r>
        <w:br w:type="page"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</w:r>
      <w:r>
        <w:t>3</w:t>
      </w:r>
      <w:r>
        <w:t>1.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3</w:t>
      </w:r>
      <w:r>
        <w:t>2.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3</w:t>
      </w:r>
      <w:r>
        <w:t>3.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3</w:t>
      </w:r>
      <w:r>
        <w:t>4.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3</w:t>
      </w:r>
      <w:r>
        <w:t>5.</w:t>
      </w:r>
      <w:r>
        <w:tab/>
      </w:r>
    </w:p>
    <w:p w:rsidR="002D124F" w:rsidRDefault="002D124F" w:rsidP="002D124F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2D124F" w:rsidRDefault="002D124F" w:rsidP="002D124F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3</w:t>
      </w:r>
      <w:r>
        <w:t>6.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3</w:t>
      </w:r>
      <w:r>
        <w:t>7.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3</w:t>
      </w:r>
      <w:r>
        <w:t>8.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3</w:t>
      </w:r>
      <w:r>
        <w:t>9.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</w:r>
      <w:r>
        <w:t>4</w:t>
      </w:r>
      <w:bookmarkStart w:id="0" w:name="_GoBack"/>
      <w:bookmarkEnd w:id="0"/>
      <w:r>
        <w:t>0.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2D124F" w:rsidRDefault="002D124F" w:rsidP="002D124F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42DCE">
      <w:pPr>
        <w:tabs>
          <w:tab w:val="left" w:pos="630"/>
          <w:tab w:val="left" w:pos="1080"/>
        </w:tabs>
        <w:spacing w:after="0" w:line="240" w:lineRule="auto"/>
      </w:pP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286" w:rsidRDefault="00061286" w:rsidP="006E0542">
      <w:pPr>
        <w:spacing w:after="0" w:line="240" w:lineRule="auto"/>
      </w:pPr>
      <w:r>
        <w:separator/>
      </w:r>
    </w:p>
  </w:endnote>
  <w:endnote w:type="continuationSeparator" w:id="0">
    <w:p w:rsidR="00061286" w:rsidRDefault="0006128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286" w:rsidRDefault="00061286" w:rsidP="006E0542">
      <w:pPr>
        <w:spacing w:after="0" w:line="240" w:lineRule="auto"/>
      </w:pPr>
      <w:r>
        <w:separator/>
      </w:r>
    </w:p>
  </w:footnote>
  <w:footnote w:type="continuationSeparator" w:id="0">
    <w:p w:rsidR="00061286" w:rsidRDefault="0006128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0B13"/>
    <w:rsid w:val="00043AAB"/>
    <w:rsid w:val="0006063C"/>
    <w:rsid w:val="00061286"/>
    <w:rsid w:val="00070127"/>
    <w:rsid w:val="0009231B"/>
    <w:rsid w:val="000C5FAA"/>
    <w:rsid w:val="000D44DE"/>
    <w:rsid w:val="000D6C25"/>
    <w:rsid w:val="000E580C"/>
    <w:rsid w:val="000F0242"/>
    <w:rsid w:val="00103B09"/>
    <w:rsid w:val="001173AE"/>
    <w:rsid w:val="0015074B"/>
    <w:rsid w:val="0015729C"/>
    <w:rsid w:val="001630E6"/>
    <w:rsid w:val="00167507"/>
    <w:rsid w:val="00167670"/>
    <w:rsid w:val="00180F1E"/>
    <w:rsid w:val="00193EDC"/>
    <w:rsid w:val="001B029D"/>
    <w:rsid w:val="001E45A8"/>
    <w:rsid w:val="00270F11"/>
    <w:rsid w:val="00272E88"/>
    <w:rsid w:val="0029187A"/>
    <w:rsid w:val="0029639D"/>
    <w:rsid w:val="002B4F1C"/>
    <w:rsid w:val="002D124F"/>
    <w:rsid w:val="00314823"/>
    <w:rsid w:val="00326F90"/>
    <w:rsid w:val="003339C5"/>
    <w:rsid w:val="003455D3"/>
    <w:rsid w:val="00346537"/>
    <w:rsid w:val="00364275"/>
    <w:rsid w:val="00377C2A"/>
    <w:rsid w:val="00380DF2"/>
    <w:rsid w:val="0038306B"/>
    <w:rsid w:val="003E6D18"/>
    <w:rsid w:val="003F30A1"/>
    <w:rsid w:val="003F405B"/>
    <w:rsid w:val="003F7C98"/>
    <w:rsid w:val="00404903"/>
    <w:rsid w:val="00404BF9"/>
    <w:rsid w:val="00406B9F"/>
    <w:rsid w:val="00433C81"/>
    <w:rsid w:val="00444A74"/>
    <w:rsid w:val="00452FE2"/>
    <w:rsid w:val="00457CB2"/>
    <w:rsid w:val="00473E6F"/>
    <w:rsid w:val="0047613D"/>
    <w:rsid w:val="004814B9"/>
    <w:rsid w:val="0049498C"/>
    <w:rsid w:val="004A06D2"/>
    <w:rsid w:val="004A73BD"/>
    <w:rsid w:val="004A7AF2"/>
    <w:rsid w:val="004B0EA8"/>
    <w:rsid w:val="004F0A63"/>
    <w:rsid w:val="00523076"/>
    <w:rsid w:val="00542DCE"/>
    <w:rsid w:val="00562550"/>
    <w:rsid w:val="00585D0D"/>
    <w:rsid w:val="00593FFA"/>
    <w:rsid w:val="00597461"/>
    <w:rsid w:val="005E771A"/>
    <w:rsid w:val="005E7E7B"/>
    <w:rsid w:val="006160E5"/>
    <w:rsid w:val="00620781"/>
    <w:rsid w:val="00683180"/>
    <w:rsid w:val="00693C0C"/>
    <w:rsid w:val="006A6C69"/>
    <w:rsid w:val="006C5E24"/>
    <w:rsid w:val="006E0542"/>
    <w:rsid w:val="006E737D"/>
    <w:rsid w:val="007006E2"/>
    <w:rsid w:val="007053BE"/>
    <w:rsid w:val="00745E38"/>
    <w:rsid w:val="007468DD"/>
    <w:rsid w:val="00746F95"/>
    <w:rsid w:val="0077049F"/>
    <w:rsid w:val="007A4EEC"/>
    <w:rsid w:val="007B2DFB"/>
    <w:rsid w:val="007C2B80"/>
    <w:rsid w:val="007D2DE5"/>
    <w:rsid w:val="007D5A0C"/>
    <w:rsid w:val="007F3B90"/>
    <w:rsid w:val="008047DA"/>
    <w:rsid w:val="00814147"/>
    <w:rsid w:val="008270AA"/>
    <w:rsid w:val="008377E5"/>
    <w:rsid w:val="00855AC5"/>
    <w:rsid w:val="008718E0"/>
    <w:rsid w:val="00875922"/>
    <w:rsid w:val="008860B1"/>
    <w:rsid w:val="008A2ACA"/>
    <w:rsid w:val="008F595A"/>
    <w:rsid w:val="00901CB8"/>
    <w:rsid w:val="00905C52"/>
    <w:rsid w:val="00932E84"/>
    <w:rsid w:val="009430C0"/>
    <w:rsid w:val="00951034"/>
    <w:rsid w:val="0097550D"/>
    <w:rsid w:val="009778A2"/>
    <w:rsid w:val="0098797F"/>
    <w:rsid w:val="009A41AC"/>
    <w:rsid w:val="009B0FCC"/>
    <w:rsid w:val="009B409B"/>
    <w:rsid w:val="00A06C88"/>
    <w:rsid w:val="00A21F6C"/>
    <w:rsid w:val="00A432AB"/>
    <w:rsid w:val="00A75C49"/>
    <w:rsid w:val="00A77A65"/>
    <w:rsid w:val="00AA1D8D"/>
    <w:rsid w:val="00AA6A61"/>
    <w:rsid w:val="00B227CB"/>
    <w:rsid w:val="00B457EA"/>
    <w:rsid w:val="00B47730"/>
    <w:rsid w:val="00B53C0E"/>
    <w:rsid w:val="00B5672A"/>
    <w:rsid w:val="00B765FD"/>
    <w:rsid w:val="00B7664C"/>
    <w:rsid w:val="00B96CCB"/>
    <w:rsid w:val="00BB3325"/>
    <w:rsid w:val="00BD6F22"/>
    <w:rsid w:val="00BD70E2"/>
    <w:rsid w:val="00C44522"/>
    <w:rsid w:val="00C44C7F"/>
    <w:rsid w:val="00C67300"/>
    <w:rsid w:val="00C718ED"/>
    <w:rsid w:val="00C82609"/>
    <w:rsid w:val="00C94D48"/>
    <w:rsid w:val="00CA0E70"/>
    <w:rsid w:val="00CB0664"/>
    <w:rsid w:val="00CB1BFF"/>
    <w:rsid w:val="00CB4805"/>
    <w:rsid w:val="00CF1CC4"/>
    <w:rsid w:val="00D30B75"/>
    <w:rsid w:val="00D75DA1"/>
    <w:rsid w:val="00D955E8"/>
    <w:rsid w:val="00DB7A5E"/>
    <w:rsid w:val="00DF7875"/>
    <w:rsid w:val="00E00790"/>
    <w:rsid w:val="00E13E61"/>
    <w:rsid w:val="00E16E8F"/>
    <w:rsid w:val="00E561C2"/>
    <w:rsid w:val="00E80A35"/>
    <w:rsid w:val="00EC2393"/>
    <w:rsid w:val="00EF5C6C"/>
    <w:rsid w:val="00F23E8A"/>
    <w:rsid w:val="00F2598B"/>
    <w:rsid w:val="00F67E54"/>
    <w:rsid w:val="00F73CD8"/>
    <w:rsid w:val="00FC2B56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78ECA8-A740-484F-BF50-D445C927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</cp:revision>
  <cp:lastPrinted>2026-07-28T01:50:00Z</cp:lastPrinted>
  <dcterms:created xsi:type="dcterms:W3CDTF">2026-08-05T02:31:00Z</dcterms:created>
  <dcterms:modified xsi:type="dcterms:W3CDTF">2026-08-05T02:34:00Z</dcterms:modified>
</cp:coreProperties>
</file>