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B90" w:rsidRPr="00193EDC" w:rsidRDefault="007F3B90" w:rsidP="007F3B90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7F3B90" w:rsidRPr="00122BD3" w:rsidRDefault="007F3B90" w:rsidP="007F3B90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 xml:space="preserve">Test </w:t>
      </w:r>
      <w:r w:rsidR="009430C0">
        <w:rPr>
          <w:b/>
          <w:sz w:val="25"/>
        </w:rPr>
        <w:t>7</w:t>
      </w:r>
      <w:r>
        <w:rPr>
          <w:b/>
          <w:sz w:val="25"/>
        </w:rPr>
        <w:br/>
        <w:t>(“</w:t>
      </w:r>
      <w:r w:rsidR="004B0EA8">
        <w:rPr>
          <w:b/>
          <w:sz w:val="25"/>
        </w:rPr>
        <w:t>The Veto</w:t>
      </w:r>
      <w:r>
        <w:rPr>
          <w:b/>
          <w:sz w:val="25"/>
        </w:rPr>
        <w:t>” – “</w:t>
      </w:r>
      <w:r w:rsidR="004B0EA8">
        <w:rPr>
          <w:b/>
          <w:sz w:val="25"/>
        </w:rPr>
        <w:t>Ron Paul’s Farewell Address</w:t>
      </w:r>
      <w:r>
        <w:rPr>
          <w:b/>
          <w:sz w:val="25"/>
        </w:rPr>
        <w:t>)</w:t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>____</w:t>
      </w:r>
      <w:r>
        <w:tab/>
        <w:t>1.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>
      <w:r>
        <w:br w:type="page"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lastRenderedPageBreak/>
        <w:t>____</w:t>
      </w:r>
      <w:r>
        <w:tab/>
        <w:t>11.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12.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13.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14.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15.</w:t>
      </w:r>
      <w:r>
        <w:tab/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  <w:r>
        <w:tab/>
        <w:t>C.</w:t>
      </w:r>
      <w:r>
        <w:tab/>
        <w:t xml:space="preserve"> </w:t>
      </w:r>
    </w:p>
    <w:p w:rsidR="00542DCE" w:rsidRDefault="00542DCE" w:rsidP="00542DCE">
      <w:pPr>
        <w:tabs>
          <w:tab w:val="left" w:pos="630"/>
          <w:tab w:val="left" w:pos="1080"/>
          <w:tab w:val="left" w:pos="144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16.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17.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18.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19.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before="140" w:after="0" w:line="240" w:lineRule="auto"/>
      </w:pPr>
      <w:r>
        <w:t>____</w:t>
      </w:r>
      <w:r>
        <w:tab/>
        <w:t>2</w:t>
      </w:r>
      <w:bookmarkStart w:id="0" w:name="_GoBack"/>
      <w:bookmarkEnd w:id="0"/>
      <w:r>
        <w:t>0.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542DCE" w:rsidRDefault="00542DCE" w:rsidP="00542DCE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42DCE">
      <w:pPr>
        <w:tabs>
          <w:tab w:val="left" w:pos="630"/>
          <w:tab w:val="left" w:pos="1080"/>
        </w:tabs>
        <w:spacing w:after="0" w:line="240" w:lineRule="auto"/>
      </w:pP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D46" w:rsidRDefault="00EE0D46" w:rsidP="006E0542">
      <w:pPr>
        <w:spacing w:after="0" w:line="240" w:lineRule="auto"/>
      </w:pPr>
      <w:r>
        <w:separator/>
      </w:r>
    </w:p>
  </w:endnote>
  <w:endnote w:type="continuationSeparator" w:id="0">
    <w:p w:rsidR="00EE0D46" w:rsidRDefault="00EE0D46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D46" w:rsidRDefault="00EE0D46" w:rsidP="006E0542">
      <w:pPr>
        <w:spacing w:after="0" w:line="240" w:lineRule="auto"/>
      </w:pPr>
      <w:r>
        <w:separator/>
      </w:r>
    </w:p>
  </w:footnote>
  <w:footnote w:type="continuationSeparator" w:id="0">
    <w:p w:rsidR="00EE0D46" w:rsidRDefault="00EE0D46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40B13"/>
    <w:rsid w:val="00043AAB"/>
    <w:rsid w:val="0006063C"/>
    <w:rsid w:val="00070127"/>
    <w:rsid w:val="0009231B"/>
    <w:rsid w:val="000C5FAA"/>
    <w:rsid w:val="000D44DE"/>
    <w:rsid w:val="000D6C25"/>
    <w:rsid w:val="000E580C"/>
    <w:rsid w:val="000F0242"/>
    <w:rsid w:val="00103B09"/>
    <w:rsid w:val="001173AE"/>
    <w:rsid w:val="0015074B"/>
    <w:rsid w:val="0015729C"/>
    <w:rsid w:val="001630E6"/>
    <w:rsid w:val="00167507"/>
    <w:rsid w:val="00167670"/>
    <w:rsid w:val="00180F1E"/>
    <w:rsid w:val="00193EDC"/>
    <w:rsid w:val="001B029D"/>
    <w:rsid w:val="001E45A8"/>
    <w:rsid w:val="00270F11"/>
    <w:rsid w:val="00272E88"/>
    <w:rsid w:val="0029187A"/>
    <w:rsid w:val="0029639D"/>
    <w:rsid w:val="002B4F1C"/>
    <w:rsid w:val="003104CA"/>
    <w:rsid w:val="00314823"/>
    <w:rsid w:val="00326F90"/>
    <w:rsid w:val="003339C5"/>
    <w:rsid w:val="003455D3"/>
    <w:rsid w:val="00346537"/>
    <w:rsid w:val="00364275"/>
    <w:rsid w:val="00377C2A"/>
    <w:rsid w:val="00380DF2"/>
    <w:rsid w:val="0038306B"/>
    <w:rsid w:val="003E6D18"/>
    <w:rsid w:val="003F30A1"/>
    <w:rsid w:val="003F405B"/>
    <w:rsid w:val="003F7C98"/>
    <w:rsid w:val="00404903"/>
    <w:rsid w:val="00404BF9"/>
    <w:rsid w:val="00406B9F"/>
    <w:rsid w:val="00433C81"/>
    <w:rsid w:val="00444A74"/>
    <w:rsid w:val="00452FE2"/>
    <w:rsid w:val="00457CB2"/>
    <w:rsid w:val="00473E6F"/>
    <w:rsid w:val="0047613D"/>
    <w:rsid w:val="004814B9"/>
    <w:rsid w:val="0049498C"/>
    <w:rsid w:val="004A06D2"/>
    <w:rsid w:val="004A73BD"/>
    <w:rsid w:val="004A7AF2"/>
    <w:rsid w:val="004B0EA8"/>
    <w:rsid w:val="004F0A63"/>
    <w:rsid w:val="00523076"/>
    <w:rsid w:val="00542DCE"/>
    <w:rsid w:val="00562550"/>
    <w:rsid w:val="00585D0D"/>
    <w:rsid w:val="00593FFA"/>
    <w:rsid w:val="00597461"/>
    <w:rsid w:val="005E771A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053BE"/>
    <w:rsid w:val="00745E38"/>
    <w:rsid w:val="007468DD"/>
    <w:rsid w:val="00746F95"/>
    <w:rsid w:val="0077049F"/>
    <w:rsid w:val="007A4EEC"/>
    <w:rsid w:val="007B2DFB"/>
    <w:rsid w:val="007D2DE5"/>
    <w:rsid w:val="007D5A0C"/>
    <w:rsid w:val="007F3B90"/>
    <w:rsid w:val="008047DA"/>
    <w:rsid w:val="00814147"/>
    <w:rsid w:val="008270AA"/>
    <w:rsid w:val="008377E5"/>
    <w:rsid w:val="00855AC5"/>
    <w:rsid w:val="008718E0"/>
    <w:rsid w:val="00875922"/>
    <w:rsid w:val="008860B1"/>
    <w:rsid w:val="008A2ACA"/>
    <w:rsid w:val="008D7285"/>
    <w:rsid w:val="008F595A"/>
    <w:rsid w:val="00901CB8"/>
    <w:rsid w:val="00905C52"/>
    <w:rsid w:val="00932E84"/>
    <w:rsid w:val="009430C0"/>
    <w:rsid w:val="00951034"/>
    <w:rsid w:val="0097550D"/>
    <w:rsid w:val="009778A2"/>
    <w:rsid w:val="0098797F"/>
    <w:rsid w:val="009A41AC"/>
    <w:rsid w:val="009B0FCC"/>
    <w:rsid w:val="009B409B"/>
    <w:rsid w:val="00A06C88"/>
    <w:rsid w:val="00A21F6C"/>
    <w:rsid w:val="00A432AB"/>
    <w:rsid w:val="00A75C49"/>
    <w:rsid w:val="00A77A65"/>
    <w:rsid w:val="00AA1D8D"/>
    <w:rsid w:val="00AA6A61"/>
    <w:rsid w:val="00B227CB"/>
    <w:rsid w:val="00B457EA"/>
    <w:rsid w:val="00B47730"/>
    <w:rsid w:val="00B53C0E"/>
    <w:rsid w:val="00B5672A"/>
    <w:rsid w:val="00B765FD"/>
    <w:rsid w:val="00B7664C"/>
    <w:rsid w:val="00B96CCB"/>
    <w:rsid w:val="00BB3325"/>
    <w:rsid w:val="00BD6F22"/>
    <w:rsid w:val="00BD70E2"/>
    <w:rsid w:val="00C44522"/>
    <w:rsid w:val="00C44C7F"/>
    <w:rsid w:val="00C67300"/>
    <w:rsid w:val="00C718ED"/>
    <w:rsid w:val="00C82609"/>
    <w:rsid w:val="00C94D48"/>
    <w:rsid w:val="00CA0E70"/>
    <w:rsid w:val="00CB0664"/>
    <w:rsid w:val="00CB1BFF"/>
    <w:rsid w:val="00CB4805"/>
    <w:rsid w:val="00CF1CC4"/>
    <w:rsid w:val="00D30B75"/>
    <w:rsid w:val="00D75DA1"/>
    <w:rsid w:val="00D955E8"/>
    <w:rsid w:val="00DB7A5E"/>
    <w:rsid w:val="00E00790"/>
    <w:rsid w:val="00E13E61"/>
    <w:rsid w:val="00E16E8F"/>
    <w:rsid w:val="00E561C2"/>
    <w:rsid w:val="00E80A35"/>
    <w:rsid w:val="00EC2393"/>
    <w:rsid w:val="00EE0D46"/>
    <w:rsid w:val="00EF5C6C"/>
    <w:rsid w:val="00F2598B"/>
    <w:rsid w:val="00F67E54"/>
    <w:rsid w:val="00F73CD8"/>
    <w:rsid w:val="00FC2B56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9B7074A-73DE-4187-BDAA-C5EED9777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</cp:revision>
  <cp:lastPrinted>2026-07-28T01:50:00Z</cp:lastPrinted>
  <dcterms:created xsi:type="dcterms:W3CDTF">2026-08-05T02:16:00Z</dcterms:created>
  <dcterms:modified xsi:type="dcterms:W3CDTF">2026-08-05T02:32:00Z</dcterms:modified>
</cp:coreProperties>
</file>