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90" w:rsidRPr="00193EDC" w:rsidRDefault="007F3B90" w:rsidP="007F3B9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F3B90" w:rsidRPr="00122BD3" w:rsidRDefault="007F3B90" w:rsidP="007F3B9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 xml:space="preserve">Test </w:t>
      </w:r>
      <w:r w:rsidR="008A2ACA">
        <w:rPr>
          <w:b/>
          <w:sz w:val="25"/>
        </w:rPr>
        <w:t>5</w:t>
      </w:r>
      <w:r>
        <w:rPr>
          <w:b/>
          <w:sz w:val="25"/>
        </w:rPr>
        <w:br/>
        <w:t>(“</w:t>
      </w:r>
      <w:r w:rsidR="008A2ACA">
        <w:rPr>
          <w:b/>
          <w:i/>
          <w:sz w:val="25"/>
        </w:rPr>
        <w:t>McCulloch v. Maryland</w:t>
      </w:r>
      <w:r>
        <w:rPr>
          <w:b/>
          <w:sz w:val="25"/>
        </w:rPr>
        <w:t>” – “</w:t>
      </w:r>
      <w:r w:rsidR="008A2ACA">
        <w:rPr>
          <w:b/>
          <w:sz w:val="25"/>
        </w:rPr>
        <w:t>World War I: A Defeat for U.S. Freedom</w:t>
      </w:r>
      <w:r>
        <w:rPr>
          <w:b/>
          <w:sz w:val="25"/>
        </w:rPr>
        <w:t>”)</w:t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>
      <w:r>
        <w:br w:type="page"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</w:t>
      </w:r>
      <w:bookmarkStart w:id="0" w:name="_GoBack"/>
      <w:bookmarkEnd w:id="0"/>
      <w:r>
        <w:t>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1CA" w:rsidRDefault="00BF21CA" w:rsidP="006E0542">
      <w:pPr>
        <w:spacing w:after="0" w:line="240" w:lineRule="auto"/>
      </w:pPr>
      <w:r>
        <w:separator/>
      </w:r>
    </w:p>
  </w:endnote>
  <w:endnote w:type="continuationSeparator" w:id="0">
    <w:p w:rsidR="00BF21CA" w:rsidRDefault="00BF21CA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1CA" w:rsidRDefault="00BF21CA" w:rsidP="006E0542">
      <w:pPr>
        <w:spacing w:after="0" w:line="240" w:lineRule="auto"/>
      </w:pPr>
      <w:r>
        <w:separator/>
      </w:r>
    </w:p>
  </w:footnote>
  <w:footnote w:type="continuationSeparator" w:id="0">
    <w:p w:rsidR="00BF21CA" w:rsidRDefault="00BF21CA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B13"/>
    <w:rsid w:val="00043AAB"/>
    <w:rsid w:val="0006063C"/>
    <w:rsid w:val="000654F0"/>
    <w:rsid w:val="00070127"/>
    <w:rsid w:val="000C5FAA"/>
    <w:rsid w:val="000D44DE"/>
    <w:rsid w:val="000D6C25"/>
    <w:rsid w:val="000E580C"/>
    <w:rsid w:val="000F0242"/>
    <w:rsid w:val="00103B09"/>
    <w:rsid w:val="001173AE"/>
    <w:rsid w:val="0015074B"/>
    <w:rsid w:val="0015729C"/>
    <w:rsid w:val="001630E6"/>
    <w:rsid w:val="00167507"/>
    <w:rsid w:val="00167670"/>
    <w:rsid w:val="00180F1E"/>
    <w:rsid w:val="00193EDC"/>
    <w:rsid w:val="001B029D"/>
    <w:rsid w:val="001E45A8"/>
    <w:rsid w:val="00270F11"/>
    <w:rsid w:val="00272E88"/>
    <w:rsid w:val="0029187A"/>
    <w:rsid w:val="0029639D"/>
    <w:rsid w:val="002B4F1C"/>
    <w:rsid w:val="00314823"/>
    <w:rsid w:val="00326F90"/>
    <w:rsid w:val="003339C5"/>
    <w:rsid w:val="003455D3"/>
    <w:rsid w:val="00346537"/>
    <w:rsid w:val="00364275"/>
    <w:rsid w:val="00377C2A"/>
    <w:rsid w:val="00380DF2"/>
    <w:rsid w:val="0038306B"/>
    <w:rsid w:val="003E6D18"/>
    <w:rsid w:val="003F30A1"/>
    <w:rsid w:val="003F405B"/>
    <w:rsid w:val="00404903"/>
    <w:rsid w:val="00404BF9"/>
    <w:rsid w:val="00406B9F"/>
    <w:rsid w:val="00433C81"/>
    <w:rsid w:val="00444A74"/>
    <w:rsid w:val="00452FE2"/>
    <w:rsid w:val="00457CB2"/>
    <w:rsid w:val="00473E6F"/>
    <w:rsid w:val="0047613D"/>
    <w:rsid w:val="004814B9"/>
    <w:rsid w:val="0049498C"/>
    <w:rsid w:val="004A06D2"/>
    <w:rsid w:val="004A73BD"/>
    <w:rsid w:val="004A7AF2"/>
    <w:rsid w:val="004F0A63"/>
    <w:rsid w:val="00523076"/>
    <w:rsid w:val="00542DCE"/>
    <w:rsid w:val="00562550"/>
    <w:rsid w:val="00585D0D"/>
    <w:rsid w:val="00593FFA"/>
    <w:rsid w:val="00597461"/>
    <w:rsid w:val="005E771A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053BE"/>
    <w:rsid w:val="00745E38"/>
    <w:rsid w:val="007468DD"/>
    <w:rsid w:val="00746F95"/>
    <w:rsid w:val="0077049F"/>
    <w:rsid w:val="007A4EEC"/>
    <w:rsid w:val="007B2DFB"/>
    <w:rsid w:val="007D2DE5"/>
    <w:rsid w:val="007D5A0C"/>
    <w:rsid w:val="007F3B90"/>
    <w:rsid w:val="008047DA"/>
    <w:rsid w:val="00814147"/>
    <w:rsid w:val="008270AA"/>
    <w:rsid w:val="008377E5"/>
    <w:rsid w:val="00855AC5"/>
    <w:rsid w:val="008718E0"/>
    <w:rsid w:val="00875922"/>
    <w:rsid w:val="008860B1"/>
    <w:rsid w:val="008A2ACA"/>
    <w:rsid w:val="008F595A"/>
    <w:rsid w:val="00901CB8"/>
    <w:rsid w:val="00905C52"/>
    <w:rsid w:val="00932E84"/>
    <w:rsid w:val="00951034"/>
    <w:rsid w:val="0097550D"/>
    <w:rsid w:val="009778A2"/>
    <w:rsid w:val="0098797F"/>
    <w:rsid w:val="009A41AC"/>
    <w:rsid w:val="009B0FCC"/>
    <w:rsid w:val="009B409B"/>
    <w:rsid w:val="00A06C88"/>
    <w:rsid w:val="00A21F6C"/>
    <w:rsid w:val="00A432AB"/>
    <w:rsid w:val="00A75C49"/>
    <w:rsid w:val="00A77A65"/>
    <w:rsid w:val="00AA1D8D"/>
    <w:rsid w:val="00B227CB"/>
    <w:rsid w:val="00B457EA"/>
    <w:rsid w:val="00B47730"/>
    <w:rsid w:val="00B53C0E"/>
    <w:rsid w:val="00B5672A"/>
    <w:rsid w:val="00B765FD"/>
    <w:rsid w:val="00B7664C"/>
    <w:rsid w:val="00B96CCB"/>
    <w:rsid w:val="00BB3325"/>
    <w:rsid w:val="00BD6F22"/>
    <w:rsid w:val="00BD70E2"/>
    <w:rsid w:val="00BF21CA"/>
    <w:rsid w:val="00C44522"/>
    <w:rsid w:val="00C44C7F"/>
    <w:rsid w:val="00C67300"/>
    <w:rsid w:val="00C718ED"/>
    <w:rsid w:val="00C82609"/>
    <w:rsid w:val="00C94D48"/>
    <w:rsid w:val="00CA0E70"/>
    <w:rsid w:val="00CB0664"/>
    <w:rsid w:val="00CB1BFF"/>
    <w:rsid w:val="00CB4805"/>
    <w:rsid w:val="00CF1CC4"/>
    <w:rsid w:val="00D30B75"/>
    <w:rsid w:val="00D75DA1"/>
    <w:rsid w:val="00D955E8"/>
    <w:rsid w:val="00DB7A5E"/>
    <w:rsid w:val="00E00790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C2B5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8811C9-745A-4AA7-804E-D2C90B51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4</cp:revision>
  <cp:lastPrinted>2026-07-28T01:50:00Z</cp:lastPrinted>
  <dcterms:created xsi:type="dcterms:W3CDTF">2026-08-05T02:06:00Z</dcterms:created>
  <dcterms:modified xsi:type="dcterms:W3CDTF">2026-08-05T02:33:00Z</dcterms:modified>
</cp:coreProperties>
</file>