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B90" w:rsidRPr="00193EDC" w:rsidRDefault="007F3B90" w:rsidP="007F3B90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7F3B90" w:rsidRPr="00122BD3" w:rsidRDefault="007F3B90" w:rsidP="007F3B90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Test 1</w:t>
      </w:r>
      <w:r>
        <w:rPr>
          <w:b/>
          <w:sz w:val="25"/>
        </w:rPr>
        <w:br/>
        <w:t xml:space="preserve">(“How to Approach the Study of Government” – “The </w:t>
      </w:r>
      <w:r w:rsidR="00A432AB">
        <w:rPr>
          <w:b/>
          <w:sz w:val="25"/>
        </w:rPr>
        <w:t>Enlightenment</w:t>
      </w:r>
      <w:r>
        <w:rPr>
          <w:b/>
          <w:sz w:val="25"/>
        </w:rPr>
        <w:t>”)</w:t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>
      <w:r>
        <w:br w:type="page"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lastRenderedPageBreak/>
        <w:t>____</w:t>
      </w:r>
      <w:r>
        <w:tab/>
        <w:t>11.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13.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14.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15.</w:t>
      </w:r>
      <w:r>
        <w:tab/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16.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17.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18.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19.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</w:t>
      </w:r>
      <w:r w:rsidR="009A41AC">
        <w:t>`</w:t>
      </w:r>
      <w:r>
        <w:t>0.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bookmarkStart w:id="0" w:name="_GoBack"/>
      <w:bookmarkEnd w:id="0"/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DA0" w:rsidRDefault="00BF3DA0" w:rsidP="006E0542">
      <w:pPr>
        <w:spacing w:after="0" w:line="240" w:lineRule="auto"/>
      </w:pPr>
      <w:r>
        <w:separator/>
      </w:r>
    </w:p>
  </w:endnote>
  <w:endnote w:type="continuationSeparator" w:id="0">
    <w:p w:rsidR="00BF3DA0" w:rsidRDefault="00BF3DA0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DA0" w:rsidRDefault="00BF3DA0" w:rsidP="006E0542">
      <w:pPr>
        <w:spacing w:after="0" w:line="240" w:lineRule="auto"/>
      </w:pPr>
      <w:r>
        <w:separator/>
      </w:r>
    </w:p>
  </w:footnote>
  <w:footnote w:type="continuationSeparator" w:id="0">
    <w:p w:rsidR="00BF3DA0" w:rsidRDefault="00BF3DA0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40B13"/>
    <w:rsid w:val="00043AAB"/>
    <w:rsid w:val="0006063C"/>
    <w:rsid w:val="00070127"/>
    <w:rsid w:val="000C5FAA"/>
    <w:rsid w:val="000D44DE"/>
    <w:rsid w:val="000D6C25"/>
    <w:rsid w:val="000E580C"/>
    <w:rsid w:val="000F0242"/>
    <w:rsid w:val="00103B09"/>
    <w:rsid w:val="001173AE"/>
    <w:rsid w:val="0015074B"/>
    <w:rsid w:val="0015729C"/>
    <w:rsid w:val="001630E6"/>
    <w:rsid w:val="00167507"/>
    <w:rsid w:val="00167670"/>
    <w:rsid w:val="00180F1E"/>
    <w:rsid w:val="00193EDC"/>
    <w:rsid w:val="001B029D"/>
    <w:rsid w:val="001E45A8"/>
    <w:rsid w:val="00270F11"/>
    <w:rsid w:val="00272E88"/>
    <w:rsid w:val="0029187A"/>
    <w:rsid w:val="0029639D"/>
    <w:rsid w:val="002B4F1C"/>
    <w:rsid w:val="00314823"/>
    <w:rsid w:val="00326F90"/>
    <w:rsid w:val="003339C5"/>
    <w:rsid w:val="003455D3"/>
    <w:rsid w:val="00346537"/>
    <w:rsid w:val="00364275"/>
    <w:rsid w:val="00377C2A"/>
    <w:rsid w:val="00380DF2"/>
    <w:rsid w:val="0038306B"/>
    <w:rsid w:val="003E6D18"/>
    <w:rsid w:val="003F30A1"/>
    <w:rsid w:val="003F405B"/>
    <w:rsid w:val="00404903"/>
    <w:rsid w:val="00406B9F"/>
    <w:rsid w:val="00433C81"/>
    <w:rsid w:val="00444A74"/>
    <w:rsid w:val="00452FE2"/>
    <w:rsid w:val="00457CB2"/>
    <w:rsid w:val="00473E6F"/>
    <w:rsid w:val="0047613D"/>
    <w:rsid w:val="004814B9"/>
    <w:rsid w:val="0049498C"/>
    <w:rsid w:val="004A06D2"/>
    <w:rsid w:val="004A73BD"/>
    <w:rsid w:val="004A7AF2"/>
    <w:rsid w:val="004F0A63"/>
    <w:rsid w:val="00523076"/>
    <w:rsid w:val="00542DCE"/>
    <w:rsid w:val="00562550"/>
    <w:rsid w:val="005749AE"/>
    <w:rsid w:val="00585D0D"/>
    <w:rsid w:val="00593FFA"/>
    <w:rsid w:val="00597461"/>
    <w:rsid w:val="005A07AE"/>
    <w:rsid w:val="005E771A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053BE"/>
    <w:rsid w:val="00745E38"/>
    <w:rsid w:val="00746F95"/>
    <w:rsid w:val="0077049F"/>
    <w:rsid w:val="007A4EEC"/>
    <w:rsid w:val="007B2DFB"/>
    <w:rsid w:val="007D5A0C"/>
    <w:rsid w:val="007F3B90"/>
    <w:rsid w:val="008047DA"/>
    <w:rsid w:val="00814147"/>
    <w:rsid w:val="008270AA"/>
    <w:rsid w:val="008377E5"/>
    <w:rsid w:val="00855AC5"/>
    <w:rsid w:val="008718E0"/>
    <w:rsid w:val="00875922"/>
    <w:rsid w:val="008860B1"/>
    <w:rsid w:val="008F595A"/>
    <w:rsid w:val="00901CB8"/>
    <w:rsid w:val="00905C52"/>
    <w:rsid w:val="00932E84"/>
    <w:rsid w:val="00951034"/>
    <w:rsid w:val="0097550D"/>
    <w:rsid w:val="0098797F"/>
    <w:rsid w:val="009A41AC"/>
    <w:rsid w:val="009B0FCC"/>
    <w:rsid w:val="009B409B"/>
    <w:rsid w:val="00A21F6C"/>
    <w:rsid w:val="00A432AB"/>
    <w:rsid w:val="00A75C49"/>
    <w:rsid w:val="00A77A65"/>
    <w:rsid w:val="00AA1D8D"/>
    <w:rsid w:val="00B457EA"/>
    <w:rsid w:val="00B47730"/>
    <w:rsid w:val="00B53C0E"/>
    <w:rsid w:val="00B765FD"/>
    <w:rsid w:val="00B96CCB"/>
    <w:rsid w:val="00BB3325"/>
    <w:rsid w:val="00BD6F22"/>
    <w:rsid w:val="00BD70E2"/>
    <w:rsid w:val="00BF3DA0"/>
    <w:rsid w:val="00C44522"/>
    <w:rsid w:val="00C44C7F"/>
    <w:rsid w:val="00C67300"/>
    <w:rsid w:val="00C718ED"/>
    <w:rsid w:val="00C82609"/>
    <w:rsid w:val="00C94D48"/>
    <w:rsid w:val="00CA0E70"/>
    <w:rsid w:val="00CB0664"/>
    <w:rsid w:val="00CB1BFF"/>
    <w:rsid w:val="00CB4805"/>
    <w:rsid w:val="00CF1CC4"/>
    <w:rsid w:val="00D30B75"/>
    <w:rsid w:val="00D75DA1"/>
    <w:rsid w:val="00D955E8"/>
    <w:rsid w:val="00DB7A5E"/>
    <w:rsid w:val="00E00790"/>
    <w:rsid w:val="00E13E61"/>
    <w:rsid w:val="00E16E8F"/>
    <w:rsid w:val="00E561C2"/>
    <w:rsid w:val="00E80A35"/>
    <w:rsid w:val="00EC2393"/>
    <w:rsid w:val="00EF5C6C"/>
    <w:rsid w:val="00F2598B"/>
    <w:rsid w:val="00F67E54"/>
    <w:rsid w:val="00F73CD8"/>
    <w:rsid w:val="00FC2B56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D141BE-E2AF-4786-B345-2A8CB37DA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89</cp:revision>
  <cp:lastPrinted>2026-07-28T01:50:00Z</cp:lastPrinted>
  <dcterms:created xsi:type="dcterms:W3CDTF">2026-01-19T17:19:00Z</dcterms:created>
  <dcterms:modified xsi:type="dcterms:W3CDTF">2026-08-05T02:32:00Z</dcterms:modified>
</cp:coreProperties>
</file>