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BF06EF">
        <w:rPr>
          <w:b/>
          <w:sz w:val="25"/>
        </w:rPr>
        <w:t>7</w:t>
      </w:r>
      <w:r>
        <w:rPr>
          <w:b/>
          <w:sz w:val="25"/>
        </w:rPr>
        <w:br/>
        <w:t>(“</w:t>
      </w:r>
      <w:r w:rsidR="00934762">
        <w:rPr>
          <w:b/>
          <w:sz w:val="25"/>
        </w:rPr>
        <w:t>Amendment</w:t>
      </w:r>
      <w:r w:rsidR="00BF06EF">
        <w:rPr>
          <w:b/>
          <w:sz w:val="25"/>
        </w:rPr>
        <w:t>s</w:t>
      </w:r>
      <w:r w:rsidR="00934762">
        <w:rPr>
          <w:b/>
          <w:sz w:val="25"/>
        </w:rPr>
        <w:t xml:space="preserve"> </w:t>
      </w:r>
      <w:r w:rsidR="00BF06EF">
        <w:rPr>
          <w:b/>
          <w:sz w:val="25"/>
        </w:rPr>
        <w:t>9 &amp; 10</w:t>
      </w:r>
      <w:r>
        <w:rPr>
          <w:b/>
          <w:sz w:val="25"/>
        </w:rPr>
        <w:t>” – “</w:t>
      </w:r>
      <w:r w:rsidR="00BF06EF">
        <w:rPr>
          <w:b/>
          <w:sz w:val="25"/>
        </w:rPr>
        <w:t>Sam’s Neighborhood Disaster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C29" w:rsidRDefault="00E47C29" w:rsidP="006E0542">
      <w:pPr>
        <w:spacing w:after="0" w:line="240" w:lineRule="auto"/>
      </w:pPr>
      <w:r>
        <w:separator/>
      </w:r>
    </w:p>
  </w:endnote>
  <w:endnote w:type="continuationSeparator" w:id="0">
    <w:p w:rsidR="00E47C29" w:rsidRDefault="00E47C2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C29" w:rsidRDefault="00E47C29" w:rsidP="006E0542">
      <w:pPr>
        <w:spacing w:after="0" w:line="240" w:lineRule="auto"/>
      </w:pPr>
      <w:r>
        <w:separator/>
      </w:r>
    </w:p>
  </w:footnote>
  <w:footnote w:type="continuationSeparator" w:id="0">
    <w:p w:rsidR="00E47C29" w:rsidRDefault="00E47C2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B409B"/>
    <w:rsid w:val="009C6394"/>
    <w:rsid w:val="009D5E62"/>
    <w:rsid w:val="00A21F6C"/>
    <w:rsid w:val="00AA1D8D"/>
    <w:rsid w:val="00B0519A"/>
    <w:rsid w:val="00B457EA"/>
    <w:rsid w:val="00B47730"/>
    <w:rsid w:val="00B765FD"/>
    <w:rsid w:val="00B96CCB"/>
    <w:rsid w:val="00BD6F22"/>
    <w:rsid w:val="00BF06EF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47C29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FEADAA-0C1C-413F-BF72-E3588A62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2026-08-05T01:55:00Z</dcterms:created>
  <dcterms:modified xsi:type="dcterms:W3CDTF">2026-08-05T01:55:00Z</dcterms:modified>
</cp:coreProperties>
</file>