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21C" w:rsidRPr="00193EDC" w:rsidRDefault="00CF721C" w:rsidP="00CF721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CF721C" w:rsidRPr="00122BD3" w:rsidRDefault="00CF721C" w:rsidP="00CF721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 w:rsidRPr="00122BD3">
        <w:rPr>
          <w:b/>
          <w:sz w:val="25"/>
        </w:rPr>
        <w:t xml:space="preserve">Quiz </w:t>
      </w:r>
      <w:r w:rsidR="00934762">
        <w:rPr>
          <w:b/>
          <w:sz w:val="25"/>
        </w:rPr>
        <w:t>6</w:t>
      </w:r>
      <w:r>
        <w:rPr>
          <w:b/>
          <w:sz w:val="25"/>
        </w:rPr>
        <w:br/>
        <w:t>(“</w:t>
      </w:r>
      <w:r w:rsidR="00934762">
        <w:rPr>
          <w:b/>
          <w:sz w:val="25"/>
        </w:rPr>
        <w:t>Amendment I</w:t>
      </w:r>
      <w:r>
        <w:rPr>
          <w:b/>
          <w:sz w:val="25"/>
        </w:rPr>
        <w:t>” – “</w:t>
      </w:r>
      <w:r w:rsidR="00934762">
        <w:rPr>
          <w:b/>
          <w:sz w:val="25"/>
        </w:rPr>
        <w:t>Amendments 7 &amp; 8</w:t>
      </w:r>
      <w:bookmarkStart w:id="0" w:name="_GoBack"/>
      <w:bookmarkEnd w:id="0"/>
      <w:r>
        <w:rPr>
          <w:b/>
          <w:sz w:val="25"/>
        </w:rPr>
        <w:t>”)</w:t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CF721C" w:rsidRDefault="00CF721C" w:rsidP="00CF721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RPr="00CF721C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2A" w:rsidRDefault="0047532A" w:rsidP="006E0542">
      <w:pPr>
        <w:spacing w:after="0" w:line="240" w:lineRule="auto"/>
      </w:pPr>
      <w:r>
        <w:separator/>
      </w:r>
    </w:p>
  </w:endnote>
  <w:endnote w:type="continuationSeparator" w:id="0">
    <w:p w:rsidR="0047532A" w:rsidRDefault="0047532A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2A" w:rsidRDefault="0047532A" w:rsidP="006E0542">
      <w:pPr>
        <w:spacing w:after="0" w:line="240" w:lineRule="auto"/>
      </w:pPr>
      <w:r>
        <w:separator/>
      </w:r>
    </w:p>
  </w:footnote>
  <w:footnote w:type="continuationSeparator" w:id="0">
    <w:p w:rsidR="0047532A" w:rsidRDefault="0047532A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51C05"/>
    <w:rsid w:val="00272E88"/>
    <w:rsid w:val="0029187A"/>
    <w:rsid w:val="0029639D"/>
    <w:rsid w:val="002F72CD"/>
    <w:rsid w:val="00314823"/>
    <w:rsid w:val="00326F90"/>
    <w:rsid w:val="003339C5"/>
    <w:rsid w:val="003455D3"/>
    <w:rsid w:val="00380DF2"/>
    <w:rsid w:val="00390B49"/>
    <w:rsid w:val="003E6D18"/>
    <w:rsid w:val="003F405B"/>
    <w:rsid w:val="00406B9F"/>
    <w:rsid w:val="00433C81"/>
    <w:rsid w:val="00457CB2"/>
    <w:rsid w:val="004713B4"/>
    <w:rsid w:val="0047532A"/>
    <w:rsid w:val="0047613D"/>
    <w:rsid w:val="0049498C"/>
    <w:rsid w:val="004A73BD"/>
    <w:rsid w:val="004F0A63"/>
    <w:rsid w:val="00523076"/>
    <w:rsid w:val="00562550"/>
    <w:rsid w:val="005E7E7B"/>
    <w:rsid w:val="00620781"/>
    <w:rsid w:val="00625F18"/>
    <w:rsid w:val="00683180"/>
    <w:rsid w:val="00693C0C"/>
    <w:rsid w:val="006A6C69"/>
    <w:rsid w:val="006C1DF7"/>
    <w:rsid w:val="006C5E24"/>
    <w:rsid w:val="006E0542"/>
    <w:rsid w:val="006E737D"/>
    <w:rsid w:val="007006E2"/>
    <w:rsid w:val="00726160"/>
    <w:rsid w:val="0073579C"/>
    <w:rsid w:val="00745E38"/>
    <w:rsid w:val="00746F95"/>
    <w:rsid w:val="0077049F"/>
    <w:rsid w:val="007B2DFB"/>
    <w:rsid w:val="007C327A"/>
    <w:rsid w:val="007D5A0C"/>
    <w:rsid w:val="008047DA"/>
    <w:rsid w:val="00814147"/>
    <w:rsid w:val="008270AA"/>
    <w:rsid w:val="00831CF6"/>
    <w:rsid w:val="008377E5"/>
    <w:rsid w:val="008718E0"/>
    <w:rsid w:val="008860B1"/>
    <w:rsid w:val="00905C52"/>
    <w:rsid w:val="00932E84"/>
    <w:rsid w:val="00934762"/>
    <w:rsid w:val="00951034"/>
    <w:rsid w:val="009B409B"/>
    <w:rsid w:val="009C6394"/>
    <w:rsid w:val="00A21F6C"/>
    <w:rsid w:val="00AA1D8D"/>
    <w:rsid w:val="00B0519A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CF721C"/>
    <w:rsid w:val="00D30B75"/>
    <w:rsid w:val="00D75DA1"/>
    <w:rsid w:val="00D869B9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ED519F5-CE49-4F74-B5E9-140BB14E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3</cp:revision>
  <dcterms:created xsi:type="dcterms:W3CDTF">2026-08-05T01:53:00Z</dcterms:created>
  <dcterms:modified xsi:type="dcterms:W3CDTF">2026-08-05T01:54:00Z</dcterms:modified>
</cp:coreProperties>
</file>