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251C05">
        <w:rPr>
          <w:b/>
          <w:sz w:val="25"/>
        </w:rPr>
        <w:t>2</w:t>
      </w:r>
      <w:bookmarkStart w:id="0" w:name="_GoBack"/>
      <w:bookmarkEnd w:id="0"/>
      <w:r>
        <w:rPr>
          <w:b/>
          <w:sz w:val="25"/>
        </w:rPr>
        <w:br/>
        <w:t>(“</w:t>
      </w:r>
      <w:r w:rsidR="00726160">
        <w:rPr>
          <w:b/>
          <w:sz w:val="25"/>
        </w:rPr>
        <w:t>Judeo-Christian Impact</w:t>
      </w:r>
      <w:r>
        <w:rPr>
          <w:b/>
          <w:sz w:val="25"/>
        </w:rPr>
        <w:t>” – “</w:t>
      </w:r>
      <w:r w:rsidR="00726160">
        <w:rPr>
          <w:b/>
          <w:sz w:val="25"/>
        </w:rPr>
        <w:t>The Enlightenment</w:t>
      </w:r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578" w:rsidRDefault="00433578" w:rsidP="006E0542">
      <w:pPr>
        <w:spacing w:after="0" w:line="240" w:lineRule="auto"/>
      </w:pPr>
      <w:r>
        <w:separator/>
      </w:r>
    </w:p>
  </w:endnote>
  <w:endnote w:type="continuationSeparator" w:id="0">
    <w:p w:rsidR="00433578" w:rsidRDefault="00433578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578" w:rsidRDefault="00433578" w:rsidP="006E0542">
      <w:pPr>
        <w:spacing w:after="0" w:line="240" w:lineRule="auto"/>
      </w:pPr>
      <w:r>
        <w:separator/>
      </w:r>
    </w:p>
  </w:footnote>
  <w:footnote w:type="continuationSeparator" w:id="0">
    <w:p w:rsidR="00433578" w:rsidRDefault="00433578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578"/>
    <w:rsid w:val="00433C81"/>
    <w:rsid w:val="00457CB2"/>
    <w:rsid w:val="004713B4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B409B"/>
    <w:rsid w:val="00A21F6C"/>
    <w:rsid w:val="00AA1D8D"/>
    <w:rsid w:val="00B0519A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79C5B1-8EA8-4E5D-A533-2237BF26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51</cp:revision>
  <dcterms:created xsi:type="dcterms:W3CDTF">2026-01-19T17:19:00Z</dcterms:created>
  <dcterms:modified xsi:type="dcterms:W3CDTF">2026-08-05T01:50:00Z</dcterms:modified>
</cp:coreProperties>
</file>