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21C" w:rsidRPr="00193EDC" w:rsidRDefault="00CF721C" w:rsidP="00CF721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CF721C" w:rsidRPr="00122BD3" w:rsidRDefault="00CF721C" w:rsidP="00CF721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 w:rsidRPr="00122BD3">
        <w:rPr>
          <w:b/>
          <w:sz w:val="25"/>
        </w:rPr>
        <w:t xml:space="preserve">Quiz </w:t>
      </w:r>
      <w:r w:rsidR="00F7664E">
        <w:rPr>
          <w:b/>
          <w:sz w:val="25"/>
        </w:rPr>
        <w:t>10</w:t>
      </w:r>
      <w:r>
        <w:rPr>
          <w:b/>
          <w:sz w:val="25"/>
        </w:rPr>
        <w:br/>
        <w:t>(“</w:t>
      </w:r>
      <w:r w:rsidR="00F7664E">
        <w:rPr>
          <w:b/>
          <w:sz w:val="25"/>
        </w:rPr>
        <w:t>The North/South War</w:t>
      </w:r>
      <w:r>
        <w:rPr>
          <w:b/>
          <w:sz w:val="25"/>
        </w:rPr>
        <w:t>” – “</w:t>
      </w:r>
      <w:r w:rsidR="00F7664E">
        <w:rPr>
          <w:b/>
          <w:sz w:val="25"/>
        </w:rPr>
        <w:t>World War I: A Defeat for U.S. Freedom</w:t>
      </w:r>
      <w:bookmarkStart w:id="0" w:name="_GoBack"/>
      <w:bookmarkEnd w:id="0"/>
      <w:r>
        <w:rPr>
          <w:b/>
          <w:sz w:val="25"/>
        </w:rPr>
        <w:t>”)</w:t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>____</w:t>
      </w:r>
      <w:r>
        <w:tab/>
        <w:t>1.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4.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5.</w:t>
      </w:r>
      <w:r>
        <w:tab/>
      </w:r>
    </w:p>
    <w:p w:rsidR="00CF721C" w:rsidRDefault="00CF721C" w:rsidP="00CF721C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6.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7.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8.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9.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10.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P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RPr="00CF721C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B5F" w:rsidRDefault="006A1B5F" w:rsidP="006E0542">
      <w:pPr>
        <w:spacing w:after="0" w:line="240" w:lineRule="auto"/>
      </w:pPr>
      <w:r>
        <w:separator/>
      </w:r>
    </w:p>
  </w:endnote>
  <w:endnote w:type="continuationSeparator" w:id="0">
    <w:p w:rsidR="006A1B5F" w:rsidRDefault="006A1B5F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B5F" w:rsidRDefault="006A1B5F" w:rsidP="006E0542">
      <w:pPr>
        <w:spacing w:after="0" w:line="240" w:lineRule="auto"/>
      </w:pPr>
      <w:r>
        <w:separator/>
      </w:r>
    </w:p>
  </w:footnote>
  <w:footnote w:type="continuationSeparator" w:id="0">
    <w:p w:rsidR="006A1B5F" w:rsidRDefault="006A1B5F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43557"/>
    <w:rsid w:val="0006063C"/>
    <w:rsid w:val="000C5FAA"/>
    <w:rsid w:val="000D44DE"/>
    <w:rsid w:val="000E580C"/>
    <w:rsid w:val="00100ADD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97FE2"/>
    <w:rsid w:val="001E45A8"/>
    <w:rsid w:val="00251C05"/>
    <w:rsid w:val="00272E88"/>
    <w:rsid w:val="0029187A"/>
    <w:rsid w:val="0029639D"/>
    <w:rsid w:val="002F72CD"/>
    <w:rsid w:val="00314823"/>
    <w:rsid w:val="00326F90"/>
    <w:rsid w:val="003339C5"/>
    <w:rsid w:val="003455D3"/>
    <w:rsid w:val="00380DF2"/>
    <w:rsid w:val="00390B49"/>
    <w:rsid w:val="003E6D18"/>
    <w:rsid w:val="003F405B"/>
    <w:rsid w:val="00406B9F"/>
    <w:rsid w:val="00433C81"/>
    <w:rsid w:val="00457CB2"/>
    <w:rsid w:val="004713B4"/>
    <w:rsid w:val="0047613D"/>
    <w:rsid w:val="0049498C"/>
    <w:rsid w:val="004A73BD"/>
    <w:rsid w:val="004F0A63"/>
    <w:rsid w:val="00500DD6"/>
    <w:rsid w:val="00523076"/>
    <w:rsid w:val="00562550"/>
    <w:rsid w:val="005E7E7B"/>
    <w:rsid w:val="00620781"/>
    <w:rsid w:val="00625F18"/>
    <w:rsid w:val="00683180"/>
    <w:rsid w:val="00693C0C"/>
    <w:rsid w:val="006A1B5F"/>
    <w:rsid w:val="006A6C69"/>
    <w:rsid w:val="006C1DF7"/>
    <w:rsid w:val="006C5E24"/>
    <w:rsid w:val="006E0542"/>
    <w:rsid w:val="006E737D"/>
    <w:rsid w:val="007006E2"/>
    <w:rsid w:val="00726160"/>
    <w:rsid w:val="0073579C"/>
    <w:rsid w:val="00745E38"/>
    <w:rsid w:val="00746F95"/>
    <w:rsid w:val="0077049F"/>
    <w:rsid w:val="007B2DFB"/>
    <w:rsid w:val="007C327A"/>
    <w:rsid w:val="007D5A0C"/>
    <w:rsid w:val="008047DA"/>
    <w:rsid w:val="00814147"/>
    <w:rsid w:val="008270AA"/>
    <w:rsid w:val="00831CF6"/>
    <w:rsid w:val="008377E5"/>
    <w:rsid w:val="008718E0"/>
    <w:rsid w:val="008860B1"/>
    <w:rsid w:val="00905C52"/>
    <w:rsid w:val="00932E84"/>
    <w:rsid w:val="00934762"/>
    <w:rsid w:val="00951034"/>
    <w:rsid w:val="009B409B"/>
    <w:rsid w:val="009C6394"/>
    <w:rsid w:val="009D5E62"/>
    <w:rsid w:val="00A21F6C"/>
    <w:rsid w:val="00A25995"/>
    <w:rsid w:val="00AA1D8D"/>
    <w:rsid w:val="00B0519A"/>
    <w:rsid w:val="00B457EA"/>
    <w:rsid w:val="00B47730"/>
    <w:rsid w:val="00B765FD"/>
    <w:rsid w:val="00B96CCB"/>
    <w:rsid w:val="00BD6F22"/>
    <w:rsid w:val="00BF06EF"/>
    <w:rsid w:val="00C44522"/>
    <w:rsid w:val="00C44C7F"/>
    <w:rsid w:val="00C67300"/>
    <w:rsid w:val="00C718ED"/>
    <w:rsid w:val="00C94D48"/>
    <w:rsid w:val="00CB0664"/>
    <w:rsid w:val="00CB1BFF"/>
    <w:rsid w:val="00CB4805"/>
    <w:rsid w:val="00CF721C"/>
    <w:rsid w:val="00D30B75"/>
    <w:rsid w:val="00D75DA1"/>
    <w:rsid w:val="00D869B9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7664E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D6406D-D738-47AE-9BD0-6B6FBED4C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3</cp:revision>
  <dcterms:created xsi:type="dcterms:W3CDTF">2026-08-05T01:58:00Z</dcterms:created>
  <dcterms:modified xsi:type="dcterms:W3CDTF">2026-08-05T01:58:00Z</dcterms:modified>
</cp:coreProperties>
</file>