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7A26F7">
        <w:rPr>
          <w:b/>
          <w:sz w:val="25"/>
        </w:rPr>
        <w:t>10 (Cumulative Final)</w:t>
      </w:r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>
      <w:r>
        <w:br w:type="page"/>
      </w:r>
    </w:p>
    <w:p w:rsidR="005544B8" w:rsidRDefault="005544B8" w:rsidP="005544B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lastRenderedPageBreak/>
        <w:t>____</w:t>
      </w:r>
      <w:r>
        <w:tab/>
        <w:t>2</w:t>
      </w:r>
      <w:r>
        <w:t>1</w:t>
      </w:r>
      <w:r>
        <w:t>.</w:t>
      </w:r>
      <w:proofErr w:type="gramEnd"/>
      <w:r>
        <w:tab/>
      </w:r>
    </w:p>
    <w:p w:rsidR="005544B8" w:rsidRDefault="005544B8" w:rsidP="005544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544B8" w:rsidRDefault="005544B8" w:rsidP="005544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544B8" w:rsidRDefault="005544B8" w:rsidP="005544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544B8" w:rsidRDefault="005544B8" w:rsidP="005544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</w:t>
      </w:r>
      <w:r>
        <w:t>2</w:t>
      </w:r>
      <w:r>
        <w:t>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3.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4.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5.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6.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7.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8.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2</w:t>
      </w:r>
      <w:r>
        <w:t>9.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0.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r>
        <w:br w:type="page"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bookmarkStart w:id="0" w:name="_GoBack"/>
      <w:bookmarkEnd w:id="0"/>
      <w:proofErr w:type="gramStart"/>
      <w:r>
        <w:lastRenderedPageBreak/>
        <w:t>____</w:t>
      </w:r>
      <w:r>
        <w:tab/>
      </w:r>
      <w:r>
        <w:t>3</w:t>
      </w:r>
      <w:r>
        <w:t>1.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2.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3.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4.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5.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6.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7.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8.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3</w:t>
      </w:r>
      <w:r>
        <w:t>9.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</w:r>
      <w:r>
        <w:t>4</w:t>
      </w:r>
      <w:r>
        <w:t>0.</w:t>
      </w:r>
      <w:proofErr w:type="gramEnd"/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A63E9E" w:rsidRDefault="00A63E9E" w:rsidP="00A63E9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BF5" w:rsidRDefault="002C5BF5" w:rsidP="006E0542">
      <w:pPr>
        <w:spacing w:after="0" w:line="240" w:lineRule="auto"/>
      </w:pPr>
      <w:r>
        <w:separator/>
      </w:r>
    </w:p>
  </w:endnote>
  <w:endnote w:type="continuationSeparator" w:id="0">
    <w:p w:rsidR="002C5BF5" w:rsidRDefault="002C5BF5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BF5" w:rsidRDefault="002C5BF5" w:rsidP="006E0542">
      <w:pPr>
        <w:spacing w:after="0" w:line="240" w:lineRule="auto"/>
      </w:pPr>
      <w:r>
        <w:separator/>
      </w:r>
    </w:p>
  </w:footnote>
  <w:footnote w:type="continuationSeparator" w:id="0">
    <w:p w:rsidR="002C5BF5" w:rsidRDefault="002C5BF5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2C5BF5"/>
    <w:rsid w:val="00314823"/>
    <w:rsid w:val="00326F90"/>
    <w:rsid w:val="003339C5"/>
    <w:rsid w:val="003455D3"/>
    <w:rsid w:val="00380DF2"/>
    <w:rsid w:val="003E6D18"/>
    <w:rsid w:val="003F30A1"/>
    <w:rsid w:val="003F405B"/>
    <w:rsid w:val="00406480"/>
    <w:rsid w:val="00406B9F"/>
    <w:rsid w:val="00433C81"/>
    <w:rsid w:val="00452FE2"/>
    <w:rsid w:val="00455F16"/>
    <w:rsid w:val="00457CB2"/>
    <w:rsid w:val="0047613D"/>
    <w:rsid w:val="00480918"/>
    <w:rsid w:val="0049498C"/>
    <w:rsid w:val="004A73BD"/>
    <w:rsid w:val="004F0A63"/>
    <w:rsid w:val="00523076"/>
    <w:rsid w:val="00531455"/>
    <w:rsid w:val="005544B8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A26F7"/>
    <w:rsid w:val="007B2DFB"/>
    <w:rsid w:val="007C76FF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62566"/>
    <w:rsid w:val="009B0FCC"/>
    <w:rsid w:val="009B409B"/>
    <w:rsid w:val="00A21F6C"/>
    <w:rsid w:val="00A63E9E"/>
    <w:rsid w:val="00AA1D8D"/>
    <w:rsid w:val="00B457EA"/>
    <w:rsid w:val="00B47730"/>
    <w:rsid w:val="00B765FD"/>
    <w:rsid w:val="00B96CCB"/>
    <w:rsid w:val="00BD6F22"/>
    <w:rsid w:val="00C21E4F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3D0C"/>
    <w:rsid w:val="00D955E8"/>
    <w:rsid w:val="00DB71F1"/>
    <w:rsid w:val="00DB7A5E"/>
    <w:rsid w:val="00E009D7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306D8F-6CBF-4FB5-B43A-85B0A097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61</cp:revision>
  <dcterms:created xsi:type="dcterms:W3CDTF">2026-01-19T17:19:00Z</dcterms:created>
  <dcterms:modified xsi:type="dcterms:W3CDTF">2026-04-28T02:23:00Z</dcterms:modified>
</cp:coreProperties>
</file>