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6C5D29">
        <w:rPr>
          <w:b/>
          <w:sz w:val="25"/>
        </w:rPr>
        <w:t>1</w:t>
      </w:r>
      <w:r w:rsidR="008441D2">
        <w:rPr>
          <w:b/>
          <w:sz w:val="25"/>
        </w:rPr>
        <w:t>8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511" w:rsidRDefault="00CE2511" w:rsidP="006E0542">
      <w:pPr>
        <w:spacing w:after="0" w:line="240" w:lineRule="auto"/>
      </w:pPr>
      <w:r>
        <w:separator/>
      </w:r>
    </w:p>
  </w:endnote>
  <w:endnote w:type="continuationSeparator" w:id="0">
    <w:p w:rsidR="00CE2511" w:rsidRDefault="00CE2511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511" w:rsidRDefault="00CE2511" w:rsidP="006E0542">
      <w:pPr>
        <w:spacing w:after="0" w:line="240" w:lineRule="auto"/>
      </w:pPr>
      <w:r>
        <w:separator/>
      </w:r>
    </w:p>
  </w:footnote>
  <w:footnote w:type="continuationSeparator" w:id="0">
    <w:p w:rsidR="00CE2511" w:rsidRDefault="00CE2511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9526F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1D79"/>
    <w:rsid w:val="00523076"/>
    <w:rsid w:val="0053778B"/>
    <w:rsid w:val="00562550"/>
    <w:rsid w:val="00576446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7F5EC6"/>
    <w:rsid w:val="008047DA"/>
    <w:rsid w:val="00814147"/>
    <w:rsid w:val="008270AA"/>
    <w:rsid w:val="00831CF6"/>
    <w:rsid w:val="008377E5"/>
    <w:rsid w:val="008441D2"/>
    <w:rsid w:val="008718E0"/>
    <w:rsid w:val="00881D1E"/>
    <w:rsid w:val="008860B1"/>
    <w:rsid w:val="008E7F1D"/>
    <w:rsid w:val="00905C52"/>
    <w:rsid w:val="00932E84"/>
    <w:rsid w:val="00951034"/>
    <w:rsid w:val="009B409B"/>
    <w:rsid w:val="00A21F6C"/>
    <w:rsid w:val="00A27D73"/>
    <w:rsid w:val="00A440C2"/>
    <w:rsid w:val="00A96AFD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7300"/>
    <w:rsid w:val="00C718ED"/>
    <w:rsid w:val="00C83C65"/>
    <w:rsid w:val="00C94D48"/>
    <w:rsid w:val="00CB0440"/>
    <w:rsid w:val="00CB0664"/>
    <w:rsid w:val="00CB1BFF"/>
    <w:rsid w:val="00CB4805"/>
    <w:rsid w:val="00CE2511"/>
    <w:rsid w:val="00D25164"/>
    <w:rsid w:val="00D30B75"/>
    <w:rsid w:val="00D6071F"/>
    <w:rsid w:val="00D75DA1"/>
    <w:rsid w:val="00D955E8"/>
    <w:rsid w:val="00DB1D10"/>
    <w:rsid w:val="00DB7A5E"/>
    <w:rsid w:val="00E13E61"/>
    <w:rsid w:val="00E154DD"/>
    <w:rsid w:val="00E53CE7"/>
    <w:rsid w:val="00E5535A"/>
    <w:rsid w:val="00E561C2"/>
    <w:rsid w:val="00E80A35"/>
    <w:rsid w:val="00EC2393"/>
    <w:rsid w:val="00EF5C6C"/>
    <w:rsid w:val="00F2598B"/>
    <w:rsid w:val="00F67E54"/>
    <w:rsid w:val="00F73CD8"/>
    <w:rsid w:val="00FA0390"/>
    <w:rsid w:val="00FC1878"/>
    <w:rsid w:val="00FC693F"/>
    <w:rsid w:val="00FE0502"/>
    <w:rsid w:val="00FE6217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60E927-D669-46D1-86F2-A04F5ED5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65</cp:revision>
  <dcterms:created xsi:type="dcterms:W3CDTF">2026-01-19T17:19:00Z</dcterms:created>
  <dcterms:modified xsi:type="dcterms:W3CDTF">2026-04-27T18:08:00Z</dcterms:modified>
</cp:coreProperties>
</file>