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 xml:space="preserve">Test </w:t>
      </w:r>
      <w:r w:rsidR="00F14AB1">
        <w:rPr>
          <w:b/>
          <w:sz w:val="25"/>
        </w:rPr>
        <w:t>5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4C" w:rsidRDefault="00F6664C" w:rsidP="006E0542">
      <w:pPr>
        <w:spacing w:after="0" w:line="240" w:lineRule="auto"/>
      </w:pPr>
      <w:r>
        <w:separator/>
      </w:r>
    </w:p>
  </w:endnote>
  <w:endnote w:type="continuationSeparator" w:id="0">
    <w:p w:rsidR="00F6664C" w:rsidRDefault="00F6664C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4C" w:rsidRDefault="00F6664C" w:rsidP="006E0542">
      <w:pPr>
        <w:spacing w:after="0" w:line="240" w:lineRule="auto"/>
      </w:pPr>
      <w:r>
        <w:separator/>
      </w:r>
    </w:p>
  </w:footnote>
  <w:footnote w:type="continuationSeparator" w:id="0">
    <w:p w:rsidR="00F6664C" w:rsidRDefault="00F6664C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5F16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1F1"/>
    <w:rsid w:val="00DB7A5E"/>
    <w:rsid w:val="00E13E61"/>
    <w:rsid w:val="00E16E8F"/>
    <w:rsid w:val="00E21F4C"/>
    <w:rsid w:val="00E561C2"/>
    <w:rsid w:val="00E80A35"/>
    <w:rsid w:val="00EC2393"/>
    <w:rsid w:val="00EF5C6C"/>
    <w:rsid w:val="00F14AB1"/>
    <w:rsid w:val="00F2598B"/>
    <w:rsid w:val="00F6664C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61B791-7011-4A62-81BE-6B701C6E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54</cp:revision>
  <dcterms:created xsi:type="dcterms:W3CDTF">2026-01-19T17:19:00Z</dcterms:created>
  <dcterms:modified xsi:type="dcterms:W3CDTF">2026-04-16T21:48:00Z</dcterms:modified>
</cp:coreProperties>
</file>