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9B0FCC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="009B409B" w:rsidRPr="00122BD3">
        <w:rPr>
          <w:b/>
          <w:i/>
          <w:sz w:val="25"/>
        </w:rPr>
        <w:t xml:space="preserve">: A Christian Worldview – </w:t>
      </w:r>
      <w:r w:rsidR="00CA0E70">
        <w:rPr>
          <w:b/>
          <w:sz w:val="25"/>
        </w:rPr>
        <w:t>Test 1</w:t>
      </w:r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</w:r>
      <w:r w:rsidR="00F73CD8">
        <w:t>1.</w:t>
      </w:r>
      <w:r>
        <w:tab/>
      </w:r>
      <w:bookmarkStart w:id="0" w:name="_GoBack"/>
      <w:bookmarkEnd w:id="0"/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>
      <w:r>
        <w:br w:type="page"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01CB8" w:rsidRDefault="00901CB8" w:rsidP="00901CB8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3F30A1" w:rsidRDefault="003F30A1" w:rsidP="003F30A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3F30A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6C25" w:rsidRDefault="000D6C25" w:rsidP="006E0542">
      <w:pPr>
        <w:spacing w:after="0" w:line="240" w:lineRule="auto"/>
      </w:pPr>
      <w:r>
        <w:separator/>
      </w:r>
    </w:p>
  </w:endnote>
  <w:endnote w:type="continuationSeparator" w:id="0">
    <w:p w:rsidR="000D6C25" w:rsidRDefault="000D6C25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6C25" w:rsidRDefault="000D6C25" w:rsidP="006E0542">
      <w:pPr>
        <w:spacing w:after="0" w:line="240" w:lineRule="auto"/>
      </w:pPr>
      <w:r>
        <w:separator/>
      </w:r>
    </w:p>
  </w:footnote>
  <w:footnote w:type="continuationSeparator" w:id="0">
    <w:p w:rsidR="000D6C25" w:rsidRDefault="000D6C25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D6C25"/>
    <w:rsid w:val="000E580C"/>
    <w:rsid w:val="00103B09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80DF2"/>
    <w:rsid w:val="003E6D18"/>
    <w:rsid w:val="003F30A1"/>
    <w:rsid w:val="003F405B"/>
    <w:rsid w:val="00406B9F"/>
    <w:rsid w:val="00433C81"/>
    <w:rsid w:val="00452FE2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67300"/>
    <w:rsid w:val="00C718ED"/>
    <w:rsid w:val="00C94D48"/>
    <w:rsid w:val="00CA0E70"/>
    <w:rsid w:val="00CB0664"/>
    <w:rsid w:val="00CB1BFF"/>
    <w:rsid w:val="00CB4805"/>
    <w:rsid w:val="00D30B75"/>
    <w:rsid w:val="00D75DA1"/>
    <w:rsid w:val="00D955E8"/>
    <w:rsid w:val="00DB7A5E"/>
    <w:rsid w:val="00E13E61"/>
    <w:rsid w:val="00E16E8F"/>
    <w:rsid w:val="00E561C2"/>
    <w:rsid w:val="00E80A35"/>
    <w:rsid w:val="00EC2393"/>
    <w:rsid w:val="00EF5C6C"/>
    <w:rsid w:val="00F2598B"/>
    <w:rsid w:val="00F67E54"/>
    <w:rsid w:val="00F73CD8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C451216-1ED8-4D6E-84D8-215D08AB4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49</cp:revision>
  <dcterms:created xsi:type="dcterms:W3CDTF">2026-01-19T17:19:00Z</dcterms:created>
  <dcterms:modified xsi:type="dcterms:W3CDTF">2026-04-14T00:56:00Z</dcterms:modified>
</cp:coreProperties>
</file>