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B5" w:rsidRPr="00193EDC" w:rsidRDefault="00C605B5" w:rsidP="00C605B5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C605B5" w:rsidRPr="00122BD3" w:rsidRDefault="00017B73" w:rsidP="00C605B5">
      <w:pPr>
        <w:spacing w:after="180" w:line="240" w:lineRule="auto"/>
        <w:jc w:val="center"/>
        <w:rPr>
          <w:b/>
          <w:sz w:val="25"/>
        </w:rPr>
      </w:pPr>
      <w:bookmarkStart w:id="0" w:name="_GoBack"/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Quiz 12</w:t>
      </w:r>
      <w:r>
        <w:rPr>
          <w:b/>
          <w:sz w:val="25"/>
        </w:rPr>
        <w:br/>
        <w:t>(“Should Government Provide Medical Care?” – “</w:t>
      </w:r>
      <w:r w:rsidR="004C6E33">
        <w:rPr>
          <w:b/>
          <w:sz w:val="25"/>
        </w:rPr>
        <w:t>‘</w:t>
      </w:r>
      <w:r>
        <w:rPr>
          <w:b/>
          <w:sz w:val="25"/>
        </w:rPr>
        <w:t>But It’s an Emergency!’”)</w:t>
      </w:r>
      <w:bookmarkEnd w:id="0"/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C605B5" w:rsidRDefault="00C605B5" w:rsidP="00C605B5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C605B5" w:rsidRDefault="00C605B5" w:rsidP="00C605B5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C605B5" w:rsidRDefault="00C605B5" w:rsidP="00C605B5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C605B5" w:rsidRDefault="00C605B5" w:rsidP="00C605B5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RPr="00C605B5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E49" w:rsidRDefault="002F3E49" w:rsidP="006E0542">
      <w:pPr>
        <w:spacing w:after="0" w:line="240" w:lineRule="auto"/>
      </w:pPr>
      <w:r>
        <w:separator/>
      </w:r>
    </w:p>
  </w:endnote>
  <w:endnote w:type="continuationSeparator" w:id="0">
    <w:p w:rsidR="002F3E49" w:rsidRDefault="002F3E49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E49" w:rsidRDefault="002F3E49" w:rsidP="006E0542">
      <w:pPr>
        <w:spacing w:after="0" w:line="240" w:lineRule="auto"/>
      </w:pPr>
      <w:r>
        <w:separator/>
      </w:r>
    </w:p>
  </w:footnote>
  <w:footnote w:type="continuationSeparator" w:id="0">
    <w:p w:rsidR="002F3E49" w:rsidRDefault="002F3E49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17B73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7456B"/>
    <w:rsid w:val="0029187A"/>
    <w:rsid w:val="0029639D"/>
    <w:rsid w:val="002F3E49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C6E33"/>
    <w:rsid w:val="004F0A63"/>
    <w:rsid w:val="004F0FDA"/>
    <w:rsid w:val="004F2D0B"/>
    <w:rsid w:val="00521D79"/>
    <w:rsid w:val="00523076"/>
    <w:rsid w:val="0053778B"/>
    <w:rsid w:val="00562550"/>
    <w:rsid w:val="005E7E7B"/>
    <w:rsid w:val="006046D1"/>
    <w:rsid w:val="00620781"/>
    <w:rsid w:val="006276B3"/>
    <w:rsid w:val="00661736"/>
    <w:rsid w:val="00683180"/>
    <w:rsid w:val="00693C0C"/>
    <w:rsid w:val="00697293"/>
    <w:rsid w:val="006A6C69"/>
    <w:rsid w:val="006C5D2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1D1E"/>
    <w:rsid w:val="008860B1"/>
    <w:rsid w:val="008E7F1D"/>
    <w:rsid w:val="00905C52"/>
    <w:rsid w:val="00932E84"/>
    <w:rsid w:val="00951034"/>
    <w:rsid w:val="009B409B"/>
    <w:rsid w:val="00A21F6C"/>
    <w:rsid w:val="00A27D73"/>
    <w:rsid w:val="00AA1D8D"/>
    <w:rsid w:val="00AA4BFC"/>
    <w:rsid w:val="00B457EA"/>
    <w:rsid w:val="00B47730"/>
    <w:rsid w:val="00B765FD"/>
    <w:rsid w:val="00B945DA"/>
    <w:rsid w:val="00B96CCB"/>
    <w:rsid w:val="00BD6F22"/>
    <w:rsid w:val="00C10CE1"/>
    <w:rsid w:val="00C44522"/>
    <w:rsid w:val="00C44C7F"/>
    <w:rsid w:val="00C605B5"/>
    <w:rsid w:val="00C67300"/>
    <w:rsid w:val="00C718ED"/>
    <w:rsid w:val="00C83C65"/>
    <w:rsid w:val="00C94D48"/>
    <w:rsid w:val="00CB0664"/>
    <w:rsid w:val="00CB1BFF"/>
    <w:rsid w:val="00CB4805"/>
    <w:rsid w:val="00D30B75"/>
    <w:rsid w:val="00D6071F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11537D-99D1-4DDF-9236-9B0A030FD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63</cp:revision>
  <dcterms:created xsi:type="dcterms:W3CDTF">2026-01-19T17:19:00Z</dcterms:created>
  <dcterms:modified xsi:type="dcterms:W3CDTF">2026-07-30T07:37:00Z</dcterms:modified>
</cp:coreProperties>
</file>