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3A" w:rsidRPr="00193EDC" w:rsidRDefault="00F90F3A" w:rsidP="00F90F3A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F90F3A" w:rsidRPr="00122BD3" w:rsidRDefault="00F90F3A" w:rsidP="00F90F3A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Quiz 11</w:t>
      </w:r>
      <w:r>
        <w:rPr>
          <w:b/>
          <w:sz w:val="25"/>
        </w:rPr>
        <w:br/>
      </w:r>
      <w:r w:rsidR="00173999">
        <w:rPr>
          <w:b/>
          <w:sz w:val="25"/>
        </w:rPr>
        <w:t>(“Part 2: The Pardon” – “Pickled Beets and Forced Customers”)</w:t>
      </w:r>
      <w:bookmarkStart w:id="0" w:name="_GoBack"/>
      <w:bookmarkEnd w:id="0"/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F90F3A" w:rsidRDefault="00F90F3A" w:rsidP="00F90F3A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F90F3A" w:rsidRDefault="00F90F3A" w:rsidP="00F90F3A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F90F3A" w:rsidRDefault="00F90F3A" w:rsidP="00F90F3A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F90F3A" w:rsidRDefault="00F90F3A" w:rsidP="00F90F3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F90F3A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418" w:rsidRDefault="00704418" w:rsidP="006E0542">
      <w:pPr>
        <w:spacing w:after="0" w:line="240" w:lineRule="auto"/>
      </w:pPr>
      <w:r>
        <w:separator/>
      </w:r>
    </w:p>
  </w:endnote>
  <w:endnote w:type="continuationSeparator" w:id="0">
    <w:p w:rsidR="00704418" w:rsidRDefault="00704418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418" w:rsidRDefault="00704418" w:rsidP="006E0542">
      <w:pPr>
        <w:spacing w:after="0" w:line="240" w:lineRule="auto"/>
      </w:pPr>
      <w:r>
        <w:separator/>
      </w:r>
    </w:p>
  </w:footnote>
  <w:footnote w:type="continuationSeparator" w:id="0">
    <w:p w:rsidR="00704418" w:rsidRDefault="00704418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73999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3076"/>
    <w:rsid w:val="00562550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04418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77E51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90F3A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88291B-4394-4AB3-9E06-EF3A98AC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60</cp:revision>
  <dcterms:created xsi:type="dcterms:W3CDTF">2026-01-19T17:19:00Z</dcterms:created>
  <dcterms:modified xsi:type="dcterms:W3CDTF">2026-07-30T06:55:00Z</dcterms:modified>
</cp:coreProperties>
</file>