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D3D" w:rsidRPr="00193EDC" w:rsidRDefault="00F40D3D" w:rsidP="00F40D3D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F40D3D" w:rsidRPr="00122BD3" w:rsidRDefault="00F40D3D" w:rsidP="00F40D3D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Quiz 9</w:t>
      </w:r>
      <w:r>
        <w:rPr>
          <w:b/>
          <w:sz w:val="25"/>
        </w:rPr>
        <w:br/>
        <w:t>(“Local Government” – “</w:t>
      </w:r>
      <w:r>
        <w:rPr>
          <w:b/>
          <w:i/>
          <w:sz w:val="25"/>
        </w:rPr>
        <w:t>Schechter Poultry v. U.S.</w:t>
      </w:r>
      <w:r>
        <w:rPr>
          <w:b/>
          <w:sz w:val="25"/>
        </w:rPr>
        <w:t>”)</w:t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F40D3D" w:rsidRDefault="00F40D3D" w:rsidP="00F40D3D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F40D3D" w:rsidRDefault="00F40D3D" w:rsidP="00F40D3D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F40D3D" w:rsidRDefault="00F40D3D" w:rsidP="00F40D3D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F40D3D" w:rsidRDefault="00F40D3D" w:rsidP="00F40D3D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RPr="00F40D3D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805" w:rsidRDefault="004C7805" w:rsidP="006E0542">
      <w:pPr>
        <w:spacing w:after="0" w:line="240" w:lineRule="auto"/>
      </w:pPr>
      <w:r>
        <w:separator/>
      </w:r>
    </w:p>
  </w:endnote>
  <w:endnote w:type="continuationSeparator" w:id="0">
    <w:p w:rsidR="004C7805" w:rsidRDefault="004C7805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805" w:rsidRDefault="004C7805" w:rsidP="006E0542">
      <w:pPr>
        <w:spacing w:after="0" w:line="240" w:lineRule="auto"/>
      </w:pPr>
      <w:r>
        <w:separator/>
      </w:r>
    </w:p>
  </w:footnote>
  <w:footnote w:type="continuationSeparator" w:id="0">
    <w:p w:rsidR="004C7805" w:rsidRDefault="004C7805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C7805"/>
    <w:rsid w:val="004F0A63"/>
    <w:rsid w:val="004F0FDA"/>
    <w:rsid w:val="004F2D0B"/>
    <w:rsid w:val="00523076"/>
    <w:rsid w:val="00562550"/>
    <w:rsid w:val="005E7E7B"/>
    <w:rsid w:val="006046D1"/>
    <w:rsid w:val="00620781"/>
    <w:rsid w:val="00661736"/>
    <w:rsid w:val="00683180"/>
    <w:rsid w:val="00693C0C"/>
    <w:rsid w:val="00697293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44522"/>
    <w:rsid w:val="00C44C7F"/>
    <w:rsid w:val="00C67300"/>
    <w:rsid w:val="00C718ED"/>
    <w:rsid w:val="00C83C65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40D3D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429E8B-4734-42C0-99DC-C0DC2E781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57</cp:revision>
  <dcterms:created xsi:type="dcterms:W3CDTF">2026-01-19T17:19:00Z</dcterms:created>
  <dcterms:modified xsi:type="dcterms:W3CDTF">2026-07-21T11:52:00Z</dcterms:modified>
</cp:coreProperties>
</file>