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5E" w:rsidRPr="00193EDC" w:rsidRDefault="00E4675E" w:rsidP="00E4675E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E4675E" w:rsidRPr="00122BD3" w:rsidRDefault="00E4675E" w:rsidP="00E4675E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Test 4</w:t>
      </w:r>
      <w:r>
        <w:rPr>
          <w:b/>
          <w:sz w:val="25"/>
        </w:rPr>
        <w:br/>
        <w:t>(“Protective Tariffs” – “The Department of Sunshine and Rainbows”)</w:t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r>
        <w:br w:type="page"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12.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E4675E" w:rsidRDefault="00E4675E" w:rsidP="00E4675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E4675E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159" w:rsidRDefault="00A13159" w:rsidP="006E0542">
      <w:pPr>
        <w:spacing w:after="0" w:line="240" w:lineRule="auto"/>
      </w:pPr>
      <w:r>
        <w:separator/>
      </w:r>
    </w:p>
  </w:endnote>
  <w:endnote w:type="continuationSeparator" w:id="0">
    <w:p w:rsidR="00A13159" w:rsidRDefault="00A1315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159" w:rsidRDefault="00A13159" w:rsidP="006E0542">
      <w:pPr>
        <w:spacing w:after="0" w:line="240" w:lineRule="auto"/>
      </w:pPr>
      <w:r>
        <w:separator/>
      </w:r>
    </w:p>
  </w:footnote>
  <w:footnote w:type="continuationSeparator" w:id="0">
    <w:p w:rsidR="00A13159" w:rsidRDefault="00A1315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13159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1F1"/>
    <w:rsid w:val="00DB7A5E"/>
    <w:rsid w:val="00E13E61"/>
    <w:rsid w:val="00E16E8F"/>
    <w:rsid w:val="00E21F4C"/>
    <w:rsid w:val="00E4675E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A08C47-EFDA-4A4A-9D5B-6E0448B8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54</cp:revision>
  <dcterms:created xsi:type="dcterms:W3CDTF">2026-01-19T17:19:00Z</dcterms:created>
  <dcterms:modified xsi:type="dcterms:W3CDTF">2026-07-21T11:51:00Z</dcterms:modified>
</cp:coreProperties>
</file>