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47" w:rsidRPr="00193EDC" w:rsidRDefault="00110A47" w:rsidP="00110A47">
      <w:pPr>
        <w:spacing w:after="180" w:line="240" w:lineRule="auto"/>
        <w:jc w:val="right"/>
        <w:rPr>
          <w:sz w:val="20"/>
        </w:rPr>
      </w:pPr>
      <w:bookmarkStart w:id="0" w:name="_GoBack"/>
      <w:bookmarkEnd w:id="0"/>
      <w:r w:rsidRPr="00193EDC">
        <w:rPr>
          <w:sz w:val="20"/>
        </w:rPr>
        <w:t>Name: ______________________________</w:t>
      </w:r>
    </w:p>
    <w:p w:rsidR="00110A47" w:rsidRPr="00122BD3" w:rsidRDefault="00110A47" w:rsidP="00110A47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Quiz 6</w:t>
      </w:r>
      <w:r>
        <w:rPr>
          <w:b/>
          <w:sz w:val="25"/>
        </w:rPr>
        <w:br/>
        <w:t>(“Amendment 11” – “Nullification”)</w:t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  <w:t>1.</w:t>
      </w:r>
      <w:proofErr w:type="gramEnd"/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110A47" w:rsidRDefault="00110A47" w:rsidP="00110A47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110A47" w:rsidRDefault="00110A47" w:rsidP="00110A47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110A47" w:rsidRDefault="00110A47" w:rsidP="00110A47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10A47" w:rsidRDefault="00110A47" w:rsidP="00110A4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110A47" w:rsidRDefault="00110A47" w:rsidP="00DA287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110A47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90E" w:rsidRDefault="00D6790E" w:rsidP="006E0542">
      <w:pPr>
        <w:spacing w:after="0" w:line="240" w:lineRule="auto"/>
      </w:pPr>
      <w:r>
        <w:separator/>
      </w:r>
    </w:p>
  </w:endnote>
  <w:endnote w:type="continuationSeparator" w:id="0">
    <w:p w:rsidR="00D6790E" w:rsidRDefault="00D6790E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90E" w:rsidRDefault="00D6790E" w:rsidP="006E0542">
      <w:pPr>
        <w:spacing w:after="0" w:line="240" w:lineRule="auto"/>
      </w:pPr>
      <w:r>
        <w:separator/>
      </w:r>
    </w:p>
  </w:footnote>
  <w:footnote w:type="continuationSeparator" w:id="0">
    <w:p w:rsidR="00D6790E" w:rsidRDefault="00D6790E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0A47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2D0B"/>
    <w:rsid w:val="00523076"/>
    <w:rsid w:val="00562550"/>
    <w:rsid w:val="005E7E7B"/>
    <w:rsid w:val="00620781"/>
    <w:rsid w:val="00683180"/>
    <w:rsid w:val="00693C0C"/>
    <w:rsid w:val="00697293"/>
    <w:rsid w:val="006A6C6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45DA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6790E"/>
    <w:rsid w:val="00D75DA1"/>
    <w:rsid w:val="00D955E8"/>
    <w:rsid w:val="00DA287A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A9D6BF-61C9-4568-8EBA-C91DDA39E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55</cp:revision>
  <dcterms:created xsi:type="dcterms:W3CDTF">2026-01-19T17:19:00Z</dcterms:created>
  <dcterms:modified xsi:type="dcterms:W3CDTF">2026-07-21T11:48:00Z</dcterms:modified>
</cp:coreProperties>
</file>