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7A0" w:rsidRPr="00193EDC" w:rsidRDefault="007347A0" w:rsidP="007347A0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7347A0" w:rsidRPr="00122BD3" w:rsidRDefault="007347A0" w:rsidP="007347A0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>Quiz 5</w:t>
      </w:r>
      <w:r>
        <w:rPr>
          <w:b/>
          <w:sz w:val="25"/>
        </w:rPr>
        <w:br/>
        <w:t>(“Amendment 5” – “</w:t>
      </w:r>
      <w:r>
        <w:rPr>
          <w:b/>
          <w:i/>
          <w:sz w:val="25"/>
        </w:rPr>
        <w:t>Chisholm v. Georgia</w:t>
      </w:r>
      <w:r>
        <w:rPr>
          <w:b/>
          <w:sz w:val="25"/>
        </w:rPr>
        <w:t>”)</w:t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  <w:t>1.</w:t>
      </w:r>
      <w:proofErr w:type="gramEnd"/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7347A0" w:rsidRDefault="007347A0" w:rsidP="007347A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7347A0" w:rsidRDefault="007347A0" w:rsidP="007347A0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7347A0" w:rsidRDefault="007347A0" w:rsidP="007347A0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7347A0" w:rsidRDefault="007347A0" w:rsidP="007347A0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  <w:bookmarkStart w:id="0" w:name="_GoBack"/>
      <w:bookmarkEnd w:id="0"/>
    </w:p>
    <w:sectPr w:rsidR="008860B1" w:rsidRPr="007347A0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8F6" w:rsidRDefault="007418F6" w:rsidP="006E0542">
      <w:pPr>
        <w:spacing w:after="0" w:line="240" w:lineRule="auto"/>
      </w:pPr>
      <w:r>
        <w:separator/>
      </w:r>
    </w:p>
  </w:endnote>
  <w:endnote w:type="continuationSeparator" w:id="0">
    <w:p w:rsidR="007418F6" w:rsidRDefault="007418F6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8F6" w:rsidRDefault="007418F6" w:rsidP="006E0542">
      <w:pPr>
        <w:spacing w:after="0" w:line="240" w:lineRule="auto"/>
      </w:pPr>
      <w:r>
        <w:separator/>
      </w:r>
    </w:p>
  </w:footnote>
  <w:footnote w:type="continuationSeparator" w:id="0">
    <w:p w:rsidR="007418F6" w:rsidRDefault="007418F6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2D0B"/>
    <w:rsid w:val="00523076"/>
    <w:rsid w:val="00562550"/>
    <w:rsid w:val="005E7E7B"/>
    <w:rsid w:val="00620781"/>
    <w:rsid w:val="00683180"/>
    <w:rsid w:val="00693C0C"/>
    <w:rsid w:val="00697293"/>
    <w:rsid w:val="006A6C69"/>
    <w:rsid w:val="006C5E24"/>
    <w:rsid w:val="006E0542"/>
    <w:rsid w:val="006E737D"/>
    <w:rsid w:val="007006E2"/>
    <w:rsid w:val="00730B3D"/>
    <w:rsid w:val="007347A0"/>
    <w:rsid w:val="0073579C"/>
    <w:rsid w:val="007418F6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D30B75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26602C-1C88-4846-B5E6-CFBB01AF5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53</cp:revision>
  <dcterms:created xsi:type="dcterms:W3CDTF">2026-01-19T17:19:00Z</dcterms:created>
  <dcterms:modified xsi:type="dcterms:W3CDTF">2026-07-21T11:48:00Z</dcterms:modified>
</cp:coreProperties>
</file>