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0A9" w:rsidRPr="00193EDC" w:rsidRDefault="000400A9" w:rsidP="000400A9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0400A9" w:rsidRPr="00122BD3" w:rsidRDefault="000400A9" w:rsidP="000400A9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>Quiz 3</w:t>
      </w:r>
      <w:r>
        <w:rPr>
          <w:b/>
          <w:sz w:val="25"/>
        </w:rPr>
        <w:br/>
        <w:t xml:space="preserve">(“The Articles of Confederation” – “The Problem </w:t>
      </w:r>
      <w:proofErr w:type="gramStart"/>
      <w:r>
        <w:rPr>
          <w:b/>
          <w:sz w:val="25"/>
        </w:rPr>
        <w:t>With</w:t>
      </w:r>
      <w:proofErr w:type="gramEnd"/>
      <w:r>
        <w:rPr>
          <w:b/>
          <w:sz w:val="25"/>
        </w:rPr>
        <w:t xml:space="preserve"> ‘Interpreting the Constitution’”)</w:t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  <w:t>1.</w:t>
      </w:r>
      <w:proofErr w:type="gramEnd"/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0400A9" w:rsidRDefault="000400A9" w:rsidP="000400A9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0400A9" w:rsidRDefault="000400A9" w:rsidP="000400A9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0400A9" w:rsidRDefault="000400A9" w:rsidP="000400A9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0400A9" w:rsidRDefault="000400A9" w:rsidP="000400A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  <w:bookmarkStart w:id="0" w:name="_GoBack"/>
      <w:bookmarkEnd w:id="0"/>
    </w:p>
    <w:sectPr w:rsidR="008860B1" w:rsidRPr="000400A9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F26" w:rsidRDefault="005A5F26" w:rsidP="006E0542">
      <w:pPr>
        <w:spacing w:after="0" w:line="240" w:lineRule="auto"/>
      </w:pPr>
      <w:r>
        <w:separator/>
      </w:r>
    </w:p>
  </w:endnote>
  <w:endnote w:type="continuationSeparator" w:id="0">
    <w:p w:rsidR="005A5F26" w:rsidRDefault="005A5F26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F26" w:rsidRDefault="005A5F26" w:rsidP="006E0542">
      <w:pPr>
        <w:spacing w:after="0" w:line="240" w:lineRule="auto"/>
      </w:pPr>
      <w:r>
        <w:separator/>
      </w:r>
    </w:p>
  </w:footnote>
  <w:footnote w:type="continuationSeparator" w:id="0">
    <w:p w:rsidR="005A5F26" w:rsidRDefault="005A5F26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400A9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E6D18"/>
    <w:rsid w:val="003F405B"/>
    <w:rsid w:val="00406B9F"/>
    <w:rsid w:val="00431569"/>
    <w:rsid w:val="00433C81"/>
    <w:rsid w:val="00457CB2"/>
    <w:rsid w:val="004713B4"/>
    <w:rsid w:val="0047613D"/>
    <w:rsid w:val="0049498C"/>
    <w:rsid w:val="004A73BD"/>
    <w:rsid w:val="004F0A63"/>
    <w:rsid w:val="00523076"/>
    <w:rsid w:val="00562550"/>
    <w:rsid w:val="005A5F26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60B1"/>
    <w:rsid w:val="00905C52"/>
    <w:rsid w:val="00932E84"/>
    <w:rsid w:val="00951034"/>
    <w:rsid w:val="009B409B"/>
    <w:rsid w:val="00A21F6C"/>
    <w:rsid w:val="00A27D73"/>
    <w:rsid w:val="00AA1D8D"/>
    <w:rsid w:val="00B457EA"/>
    <w:rsid w:val="00B47730"/>
    <w:rsid w:val="00B765FD"/>
    <w:rsid w:val="00B96CCB"/>
    <w:rsid w:val="00BD6F22"/>
    <w:rsid w:val="00C44522"/>
    <w:rsid w:val="00C44C7F"/>
    <w:rsid w:val="00C67300"/>
    <w:rsid w:val="00C718ED"/>
    <w:rsid w:val="00C94D48"/>
    <w:rsid w:val="00CB0664"/>
    <w:rsid w:val="00CB1BFF"/>
    <w:rsid w:val="00CB4805"/>
    <w:rsid w:val="00D30B75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988059-3E28-4110-A59B-2ED5B2AC4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51</cp:revision>
  <dcterms:created xsi:type="dcterms:W3CDTF">2026-01-19T17:19:00Z</dcterms:created>
  <dcterms:modified xsi:type="dcterms:W3CDTF">2026-07-21T11:45:00Z</dcterms:modified>
</cp:coreProperties>
</file>