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0F" w:rsidRPr="00193EDC" w:rsidRDefault="0079440F" w:rsidP="0079440F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9440F" w:rsidRPr="00122BD3" w:rsidRDefault="0079440F" w:rsidP="0079440F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>
        <w:rPr>
          <w:b/>
          <w:sz w:val="25"/>
        </w:rPr>
        <w:t>2</w:t>
      </w:r>
      <w:r>
        <w:rPr>
          <w:b/>
          <w:sz w:val="25"/>
        </w:rPr>
        <w:br/>
        <w:t>(“Judeo-Christian Impact” – “A Family Resemblance: England and America”)</w:t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79440F" w:rsidRDefault="0079440F" w:rsidP="0079440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79440F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FF4" w:rsidRDefault="00664FF4" w:rsidP="006E0542">
      <w:pPr>
        <w:spacing w:after="0" w:line="240" w:lineRule="auto"/>
      </w:pPr>
      <w:r>
        <w:separator/>
      </w:r>
    </w:p>
  </w:endnote>
  <w:endnote w:type="continuationSeparator" w:id="0">
    <w:p w:rsidR="00664FF4" w:rsidRDefault="00664FF4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FF4" w:rsidRDefault="00664FF4" w:rsidP="006E0542">
      <w:pPr>
        <w:spacing w:after="0" w:line="240" w:lineRule="auto"/>
      </w:pPr>
      <w:r>
        <w:separator/>
      </w:r>
    </w:p>
  </w:footnote>
  <w:footnote w:type="continuationSeparator" w:id="0">
    <w:p w:rsidR="00664FF4" w:rsidRDefault="00664FF4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1569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64FF4"/>
    <w:rsid w:val="00683180"/>
    <w:rsid w:val="00693C0C"/>
    <w:rsid w:val="006A6C69"/>
    <w:rsid w:val="006C5E24"/>
    <w:rsid w:val="006E0542"/>
    <w:rsid w:val="006E737D"/>
    <w:rsid w:val="007006E2"/>
    <w:rsid w:val="0073579C"/>
    <w:rsid w:val="00745E38"/>
    <w:rsid w:val="00746F95"/>
    <w:rsid w:val="0077049F"/>
    <w:rsid w:val="0079440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A98C93-515F-4770-978D-608CB3B1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50</cp:revision>
  <dcterms:created xsi:type="dcterms:W3CDTF">2026-01-19T17:19:00Z</dcterms:created>
  <dcterms:modified xsi:type="dcterms:W3CDTF">2026-07-21T11:42:00Z</dcterms:modified>
</cp:coreProperties>
</file>